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ЭКВИЛИБРИУМ</w:t>
      </w:r>
    </w:p>
    <w:p>
      <w:pPr>
        <w:jc w:val="center"/>
      </w:pPr>
      <w:r>
        <w:rPr>
          <w:b/>
          <w:sz w:val="32"/>
        </w:rPr>
        <w:t>СКОРОСТНЫЕ СИСТЕМЫ И МАТЕРИАЛОВЕДЕНИЕ</w:t>
      </w:r>
    </w:p>
    <w:p>
      <w:pPr>
        <w:jc w:val="center"/>
      </w:pPr>
      <w:r>
        <w:rPr>
          <w:b/>
          <w:sz w:val="28"/>
        </w:rPr>
        <w:t>МИНПРИРОДЫ РОССИИ</w:t>
      </w:r>
    </w:p>
    <w:p>
      <w:pPr>
        <w:jc w:val="center"/>
      </w:pPr>
      <w:r>
        <w:rPr>
          <w:i/>
        </w:rPr>
        <w:t>Ведомственная позиционная записка</w:t>
      </w:r>
    </w:p>
    <w:p>
      <w:r>
        <w:br w:type="page"/>
      </w:r>
    </w:p>
    <w:p>
      <w:pPr>
        <w:pStyle w:val="Heading1"/>
      </w:pPr>
      <w:r>
        <w:t>1. Предмет инициативы</w:t>
      </w:r>
    </w:p>
    <w:p>
      <w:r>
        <w:t>Обеспечение экологической допустимости и природосберегающего проектирования новых транспортных коридоров.</w:t>
      </w:r>
    </w:p>
    <w:p>
      <w:pPr>
        <w:pStyle w:val="Heading1"/>
      </w:pPr>
      <w:r>
        <w:t>2. Системная проблематика</w:t>
      </w:r>
    </w:p>
    <w:p>
      <w:pPr>
        <w:pStyle w:val="ListBullet"/>
      </w:pPr>
      <w:r>
        <w:t>фрагментация местообитаний и воздействие линейной инфраструктуры</w:t>
      </w:r>
    </w:p>
    <w:p>
      <w:pPr>
        <w:pStyle w:val="ListBullet"/>
      </w:pPr>
      <w:r>
        <w:t>шум, вибрации, энергопотребление и материальный след</w:t>
      </w:r>
    </w:p>
    <w:p>
      <w:pPr>
        <w:pStyle w:val="ListBullet"/>
      </w:pPr>
      <w:r>
        <w:t>необходимость оценки жизненного цикла новых технологий</w:t>
      </w:r>
    </w:p>
    <w:p>
      <w:pPr>
        <w:pStyle w:val="Heading1"/>
      </w:pPr>
      <w:r>
        <w:t>3. Предлагаемая роль ведомства</w:t>
      </w:r>
    </w:p>
    <w:p>
      <w:pPr>
        <w:pStyle w:val="ListBullet"/>
      </w:pPr>
      <w:r>
        <w:t>экологические критерии размещения и эксплуатации</w:t>
      </w:r>
    </w:p>
    <w:p>
      <w:pPr>
        <w:pStyle w:val="ListBullet"/>
      </w:pPr>
      <w:r>
        <w:t>методики мониторинга биоценозов вдоль коридоров</w:t>
      </w:r>
    </w:p>
    <w:p>
      <w:pPr>
        <w:pStyle w:val="ListBullet"/>
      </w:pPr>
      <w:r>
        <w:t>оценка жизненного цикла материалов и инфраструктуры</w:t>
      </w:r>
    </w:p>
    <w:p>
      <w:pPr>
        <w:pStyle w:val="Heading1"/>
      </w:pPr>
      <w:r>
        <w:t>4. Комплекс первоочередных мер</w:t>
      </w:r>
    </w:p>
    <w:p>
      <w:pPr>
        <w:pStyle w:val="ListBullet"/>
      </w:pPr>
      <w:r>
        <w:t>экологический цифровой двойник коридора</w:t>
      </w:r>
    </w:p>
    <w:p>
      <w:pPr>
        <w:pStyle w:val="ListBullet"/>
      </w:pPr>
      <w:r>
        <w:t>биоценозные точки мониторинга</w:t>
      </w:r>
    </w:p>
    <w:p>
      <w:pPr>
        <w:pStyle w:val="ListBullet"/>
      </w:pPr>
      <w:r>
        <w:t>экодуки и решения по сохранению миграционных путей</w:t>
      </w:r>
    </w:p>
    <w:p>
      <w:pPr>
        <w:pStyle w:val="ListBullet"/>
      </w:pPr>
      <w:r>
        <w:t>LCA-оценка материалов, энергии и строительства</w:t>
      </w:r>
    </w:p>
    <w:p>
      <w:pPr>
        <w:pStyle w:val="Heading1"/>
      </w:pPr>
      <w:r>
        <w:t>5. Пилотный проект</w:t>
      </w:r>
    </w:p>
    <w:p>
      <w:r>
        <w:t>Экологический контур пилотного коридора с непрерывным мониторингом воздуха, воды, почв, шума, вибраций и биоразнообразия.</w:t>
      </w:r>
    </w:p>
    <w:p>
      <w:pPr>
        <w:pStyle w:val="Heading1"/>
      </w:pPr>
      <w:r>
        <w:t>6. Ключевые показатели</w:t>
      </w:r>
    </w:p>
    <w:p>
      <w:pPr>
        <w:pStyle w:val="ListBullet"/>
      </w:pPr>
      <w:r>
        <w:t>измеримое воздействие на биоценозы</w:t>
      </w:r>
    </w:p>
    <w:p>
      <w:pPr>
        <w:pStyle w:val="ListBullet"/>
      </w:pPr>
      <w:r>
        <w:t>углеродный и материальный след жизненного цикла</w:t>
      </w:r>
    </w:p>
    <w:p>
      <w:pPr>
        <w:pStyle w:val="ListBullet"/>
      </w:pPr>
      <w:r>
        <w:t>доля компенсированных воздействий</w:t>
      </w:r>
    </w:p>
    <w:p>
      <w:pPr>
        <w:pStyle w:val="ListBullet"/>
      </w:pPr>
      <w:r>
        <w:t>энергоэффективность</w:t>
      </w:r>
    </w:p>
    <w:p>
      <w:pPr>
        <w:pStyle w:val="ListBullet"/>
      </w:pPr>
      <w:r>
        <w:t>полнота экологического мониторинга</w:t>
      </w:r>
    </w:p>
    <w:p>
      <w:pPr>
        <w:pStyle w:val="Heading1"/>
      </w:pPr>
      <w:r>
        <w:t>7. Межведомственные интерфейсы</w:t>
      </w:r>
    </w:p>
    <w:p>
      <w:r>
        <w:t>Ведомственная программа реализуется не изолированно, а через единый межотраслевой контур «ЭКВИЛИБРИУМ», связывающий транспорт, промышленность, науку, цифровую инфраструктуру, энергетику, строительство, экономику и экологический мониторинг.</w:t>
      </w:r>
    </w:p>
    <w:p>
      <w:pPr>
        <w:pStyle w:val="Heading1"/>
      </w:pPr>
      <w:r>
        <w:t>8. Решения, предлагаемые к рассмотрению</w:t>
      </w:r>
    </w:p>
    <w:p>
      <w:pPr>
        <w:pStyle w:val="ListBullet"/>
      </w:pPr>
      <w:r>
        <w:t>определить профильного ответственного за участие ведомства в межотраслевой рабочей группе</w:t>
      </w:r>
    </w:p>
    <w:p>
      <w:pPr>
        <w:pStyle w:val="ListBullet"/>
      </w:pPr>
      <w:r>
        <w:t>сформировать перечень отраслевых технологий и проектов высокой готовности</w:t>
      </w:r>
    </w:p>
    <w:p>
      <w:pPr>
        <w:pStyle w:val="ListBullet"/>
      </w:pPr>
      <w:r>
        <w:t>выделить пилотный объект/коридор/полигон для апробации</w:t>
      </w:r>
    </w:p>
    <w:p>
      <w:pPr>
        <w:pStyle w:val="ListBullet"/>
      </w:pPr>
      <w:r>
        <w:t>подготовить предложения по нормативным, финансовым и организационным механизмам</w:t>
      </w:r>
    </w:p>
    <w:p>
      <w:pPr>
        <w:pStyle w:val="ListBullet"/>
      </w:pPr>
      <w:r>
        <w:t>включить результаты пилота в план масштабирования федеральной программы</w:t>
      </w:r>
    </w:p>
    <w:p>
      <w:pPr>
        <w:pStyle w:val="Heading1"/>
      </w:pPr>
      <w:r>
        <w:t>9. Итоговая формула</w:t>
      </w:r>
    </w:p>
    <w:p>
      <w:r>
        <w:t>ЭКВИЛИБРИУМ = государственный заказ + наука + материалы + промышленность + инфраструктура + данные + энергия + эксплуатация + измеримый эффект.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