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РЕЕСТР 741 ПОЛЯ</w:t>
        <w:br/>
        <w:t>СОЮЗ-741</w:t>
      </w:r>
    </w:p>
    <w:p>
      <w:pPr>
        <w:jc w:val="center"/>
      </w:pPr>
      <w:r>
        <w:rPr>
          <w:b/>
          <w:sz w:val="28"/>
        </w:rPr>
        <w:t>Мастер-классификатор и паспортная система модулей Теории Поля / Нейросвода Союз</w:t>
      </w:r>
    </w:p>
    <w:p>
      <w:pPr>
        <w:jc w:val="center"/>
      </w:pPr>
      <w:r>
        <w:t>Версия 1.0 · 25 августа 2026</w:t>
      </w:r>
    </w:p>
    <w:p>
      <w:pPr>
        <w:pStyle w:val="Heading1"/>
      </w:pPr>
      <w:r>
        <w:t>Архитектура реестра</w:t>
      </w:r>
    </w:p>
    <w:p>
      <w:r>
        <w:t>741 = 13 семейств поля × 19 базовых узлов × 3 состояния.</w:t>
      </w:r>
    </w:p>
    <w:p>
      <w:r>
        <w:t>Состояния: D — Диагностика; K — Координация; R — Развитие.</w:t>
      </w:r>
    </w:p>
    <w:p>
      <w:r>
        <w:t>Код модуля: Sxx-Nxx-D/K/R. Пример: S05-N06-D — диагностика знания в семействе «Информация и данные».</w:t>
      </w:r>
    </w:p>
    <w:p>
      <w:r>
        <w:t>Паспорт каждого модуля содержит: код, функцию, показатели, данные, формулу, связи и критерии валидации.</w:t>
      </w:r>
    </w:p>
    <w:p>
      <w:r>
        <w:t>Реестр является авторской системной моделью. Формулы индексов — проектные операциональные модели и требуют калибровки на эмпирических данных по каждому прикладному контуру.</w:t>
      </w:r>
    </w:p>
    <w:p>
      <w:pPr>
        <w:pStyle w:val="Heading1"/>
      </w:pPr>
      <w:r>
        <w:t>Легенда формул</w:t>
      </w:r>
    </w:p>
    <w:p>
      <w:r>
        <w:t>D: D = 0,40·C + 0,35·Q + 0,25·T. C — полнота охвата; Q — качество/достоверность; T — актуальность данных.</w:t>
      </w:r>
    </w:p>
    <w:p>
      <w:r>
        <w:t>K: K = 0,40·A + 0,30·L + 0,30·R. A — согласованность; L — связность; R — обеспеченность ресурсами.</w:t>
      </w:r>
    </w:p>
    <w:p>
      <w:r>
        <w:t>R: R = 0,40·G + 0,30·S + 0,30·V. G — прирост результата; S — устойчивость; V — воспроизводимость/масштабируемость.</w:t>
      </w:r>
    </w:p>
    <w:p>
      <w:r>
        <w:br w:type="page"/>
      </w:r>
    </w:p>
    <w:p>
      <w:pPr>
        <w:pStyle w:val="Heading1"/>
      </w:pPr>
      <w:r>
        <w:t>S01 · Единство и управление</w:t>
      </w:r>
    </w:p>
    <w:p>
      <w:pPr>
        <w:spacing w:after="80"/>
      </w:pPr>
      <w:r>
        <w:t>Функция семейства: целостность, субъектность и согласованное управление. Модулей: 57 (19 узлов × 3 состояния).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72"/>
        <w:gridCol w:w="3272"/>
        <w:gridCol w:w="3272"/>
        <w:gridCol w:w="3272"/>
        <w:gridCol w:w="3272"/>
        <w:gridCol w:w="3272"/>
        <w:gridCol w:w="3272"/>
      </w:tblGrid>
      <w:tr>
        <w:trPr>
          <w:tblHeader w:val="true"/>
        </w:trPr>
        <w:tc>
          <w:tcPr>
            <w:tcW w:type="dxa" w:w="1304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Код</w:t>
            </w:r>
          </w:p>
        </w:tc>
        <w:tc>
          <w:tcPr>
            <w:tcW w:type="dxa" w:w="345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Функция</w:t>
            </w:r>
          </w:p>
        </w:tc>
        <w:tc>
          <w:tcPr>
            <w:tcW w:type="dxa" w:w="3969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Показатели</w:t>
            </w:r>
          </w:p>
        </w:tc>
        <w:tc>
          <w:tcPr>
            <w:tcW w:type="dxa" w:w="4082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Данные</w:t>
            </w:r>
          </w:p>
        </w:tc>
        <w:tc>
          <w:tcPr>
            <w:tcW w:type="dxa" w:w="283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Формула</w:t>
            </w:r>
          </w:p>
        </w:tc>
        <w:tc>
          <w:tcPr>
            <w:tcW w:type="dxa" w:w="379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Связи</w:t>
            </w:r>
          </w:p>
        </w:tc>
        <w:tc>
          <w:tcPr>
            <w:tcW w:type="dxa" w:w="368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Критерии валидации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«Субъект» в контуре управленческого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S01-N01-K, S01-N01-R, S01-N02-D, S13-N01-D, S02-N01-D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«Субъект» в контуре управленческого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S01-N01-D, S01-N01-R, S01-N02-K, S13-N01-K, S02-N01-K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«Субъект» в контуре управленческого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S01-N01-D, S01-N01-K, S01-N02-R, S13-N01-R, S02-N01-R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«Цель» в контуре управленческого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S01-N02-K, S01-N02-R, S01-N01-D, S01-N03-D, S13-N02-D, S02-N02-D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«Цель» в контуре управленческого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S01-N02-D, S01-N02-R, S01-N01-K, S01-N03-K, S13-N02-K, S02-N02-K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«Цель» в контуре управленческого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S01-N02-D, S01-N02-K, S01-N01-R, S01-N03-R, S13-N02-R, S02-N02-R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«Граница» в контуре управленческого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S01-N03-K, S01-N03-R, S01-N02-D, S01-N04-D, S13-N03-D, S02-N03-D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«Граница» в контуре управленческого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S01-N03-D, S01-N03-R, S01-N02-K, S01-N04-K, S13-N03-K, S02-N03-K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«Граница» в контуре управленческого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S01-N03-D, S01-N03-K, S01-N02-R, S01-N04-R, S13-N03-R, S02-N03-R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«Ресурс» в контуре управленческого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S01-N04-K, S01-N04-R, S01-N03-D, S01-N05-D, S13-N04-D, S02-N04-D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«Ресурс» в контуре управленческого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S01-N04-D, S01-N04-R, S01-N03-K, S01-N05-K, S13-N04-K, S02-N04-K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«Ресурс» в контуре управленческого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S01-N04-D, S01-N04-K, S01-N03-R, S01-N05-R, S13-N04-R, S02-N04-R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«Сигнал» в контуре управленческого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S01-N05-K, S01-N05-R, S01-N04-D, S01-N06-D, S13-N05-D, S02-N05-D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«Сигнал» в контуре управленческого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S01-N05-D, S01-N05-R, S01-N04-K, S01-N06-K, S13-N05-K, S02-N05-K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«Сигнал» в контуре управленческого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S01-N05-D, S01-N05-K, S01-N04-R, S01-N06-R, S13-N05-R, S02-N05-R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«Знание» в контуре управленческого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S01-N06-K, S01-N06-R, S01-N05-D, S01-N07-D, S13-N06-D, S02-N06-D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«Знание» в контуре управленческого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S01-N06-D, S01-N06-R, S01-N05-K, S01-N07-K, S13-N06-K, S02-N06-K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«Знание» в контуре управленческого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S01-N06-D, S01-N06-K, S01-N05-R, S01-N07-R, S13-N06-R, S02-N06-R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«Решение» в контуре управленческого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S01-N07-K, S01-N07-R, S01-N06-D, S01-N08-D, S13-N07-D, S02-N07-D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«Решение» в контуре управленческого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S01-N07-D, S01-N07-R, S01-N06-K, S01-N08-K, S13-N07-K, S02-N07-K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«Решение» в контуре управленческого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S01-N07-D, S01-N07-K, S01-N06-R, S01-N08-R, S13-N07-R, S02-N07-R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«Действие» в контуре управленческого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S01-N08-K, S01-N08-R, S01-N07-D, S01-N09-D, S13-N08-D, S02-N08-D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«Действие» в контуре управленческого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S01-N08-D, S01-N08-R, S01-N07-K, S01-N09-K, S13-N08-K, S02-N08-K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«Действие» в контуре управленческого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S01-N08-D, S01-N08-K, S01-N07-R, S01-N09-R, S13-N08-R, S02-N08-R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«Обратная связь» в контуре управленческого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S01-N09-K, S01-N09-R, S01-N08-D, S01-N10-D, S13-N09-D, S02-N09-D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«Обратная связь» в контуре управленческого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S01-N09-D, S01-N09-R, S01-N08-K, S01-N10-K, S13-N09-K, S02-N09-K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S01-N09-R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«Обратная связь» в контуре управленческого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S01-N09-D, S01-N09-K, S01-N08-R, S01-N10-R, S13-N09-R, S02-N09-R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S01-N10-D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«Риск» в контуре управленческого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S01-N10-K, S01-N10-R, S01-N09-D, S01-N11-D, S13-N10-D, S02-N10-D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S01-N10-K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«Риск» в контуре управленческого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S01-N10-D, S01-N10-R, S01-N09-K, S01-N11-K, S13-N10-K, S02-N10-K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S01-N10-R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«Риск» в контуре управленческого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S01-N10-D, S01-N10-K, S01-N09-R, S01-N11-R, S13-N10-R, S02-N10-R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«Доверие» в контуре управленческого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S01-N11-K, S01-N11-R, S01-N10-D, S01-N12-D, S13-N11-D, S02-N11-D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«Доверие» в контуре управленческого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S01-N11-D, S01-N11-R, S01-N10-K, S01-N12-K, S13-N11-K, S02-N11-K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«Доверие» в контуре управленческого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S01-N11-D, S01-N11-K, S01-N10-R, S01-N12-R, S13-N11-R, S02-N11-R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«Кооперация» в контуре управленческого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S01-N12-K, S01-N12-R, S01-N11-D, S01-N13-D, S13-N12-D, S02-N12-D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«Кооперация» в контуре управленческого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S01-N12-D, S01-N12-R, S01-N11-K, S01-N13-K, S13-N12-K, S02-N12-K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«Кооперация» в контуре управленческого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S01-N12-D, S01-N12-K, S01-N11-R, S01-N13-R, S13-N12-R, S02-N12-R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«Инфраструктура» в контуре управленческого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S01-N13-K, S01-N13-R, S01-N12-D, S01-N14-D, S13-N13-D, S02-N13-D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«Инфраструктура» в контуре управленческого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S01-N13-D, S01-N13-R, S01-N12-K, S01-N14-K, S13-N13-K, S02-N13-K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«Инфраструктура» в контуре управленческого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S01-N13-D, S01-N13-K, S01-N12-R, S01-N14-R, S13-N13-R, S02-N13-R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«Стандарт» в контуре управленческого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S01-N14-K, S01-N14-R, S01-N13-D, S01-N15-D, S13-N14-D, S02-N14-D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«Стандарт» в контуре управленческого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S01-N14-D, S01-N14-R, S01-N13-K, S01-N15-K, S13-N14-K, S02-N14-K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«Стандарт» в контуре управленческого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S01-N14-D, S01-N14-K, S01-N13-R, S01-N15-R, S13-N14-R, S02-N14-R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«Финансы» в контуре управленческого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S01-N15-K, S01-N15-R, S01-N14-D, S01-N16-D, S13-N15-D, S02-N15-D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«Финансы» в контуре управленческого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S01-N15-D, S01-N15-R, S01-N14-K, S01-N16-K, S13-N15-K, S02-N15-K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«Финансы» в контуре управленческого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S01-N15-D, S01-N15-K, S01-N14-R, S01-N16-R, S13-N15-R, S02-N15-R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«Кадры» в контуре управленческого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S01-N16-K, S01-N16-R, S01-N15-D, S01-N17-D, S13-N16-D, S02-N16-D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«Кадры» в контуре управленческого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S01-N16-D, S01-N16-R, S01-N15-K, S01-N17-K, S13-N16-K, S02-N16-K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«Кадры» в контуре управленческого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S01-N16-D, S01-N16-K, S01-N15-R, S01-N17-R, S13-N16-R, S02-N16-R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«Технология» в контуре управленческого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S01-N17-K, S01-N17-R, S01-N16-D, S01-N18-D, S13-N17-D, S02-N17-D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«Технология» в контуре управленческого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S01-N17-D, S01-N17-R, S01-N16-K, S01-N18-K, S13-N17-K, S02-N17-K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«Технология» в контуре управленческого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S01-N17-D, S01-N17-K, S01-N16-R, S01-N18-R, S13-N17-R, S02-N17-R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«Среда» в контуре управленческого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S01-N18-K, S01-N18-R, S01-N17-D, S01-N19-D, S13-N18-D, S02-N18-D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«Среда» в контуре управленческого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S01-N18-D, S01-N18-R, S01-N17-K, S01-N19-K, S13-N18-K, S02-N18-K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«Среда» в контуре управленческого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S01-N18-D, S01-N18-K, S01-N17-R, S01-N19-R, S13-N18-R, S02-N18-R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«Результат» в контуре управленческого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S01-N19-K, S01-N19-R, S01-N18-D, S13-N19-D, S02-N19-D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«Результат» в контуре управленческого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S01-N19-D, S01-N19-R, S01-N18-K, S13-N19-K, S02-N19-K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S01-N19-R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«Результат» в контуре управленческого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S01-N19-D, S01-N19-K, S01-N18-R, S13-N19-R, S02-N19-R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</w:tbl>
    <w:p>
      <w:r>
        <w:br w:type="page"/>
      </w:r>
    </w:p>
    <w:p>
      <w:pPr>
        <w:pStyle w:val="Heading1"/>
      </w:pPr>
      <w:r>
        <w:t>S02 · Смысл и ценности</w:t>
      </w:r>
    </w:p>
    <w:p>
      <w:pPr>
        <w:spacing w:after="80"/>
      </w:pPr>
      <w:r>
        <w:t>Функция семейства: целеполагание, ценности, идентичность и общественный смысл. Модулей: 57 (19 узлов × 3 состояния).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72"/>
        <w:gridCol w:w="3272"/>
        <w:gridCol w:w="3272"/>
        <w:gridCol w:w="3272"/>
        <w:gridCol w:w="3272"/>
        <w:gridCol w:w="3272"/>
        <w:gridCol w:w="3272"/>
      </w:tblGrid>
      <w:tr>
        <w:trPr>
          <w:tblHeader w:val="true"/>
        </w:trPr>
        <w:tc>
          <w:tcPr>
            <w:tcW w:type="dxa" w:w="1304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Код</w:t>
            </w:r>
          </w:p>
        </w:tc>
        <w:tc>
          <w:tcPr>
            <w:tcW w:type="dxa" w:w="345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Функция</w:t>
            </w:r>
          </w:p>
        </w:tc>
        <w:tc>
          <w:tcPr>
            <w:tcW w:type="dxa" w:w="3969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Показатели</w:t>
            </w:r>
          </w:p>
        </w:tc>
        <w:tc>
          <w:tcPr>
            <w:tcW w:type="dxa" w:w="4082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Данные</w:t>
            </w:r>
          </w:p>
        </w:tc>
        <w:tc>
          <w:tcPr>
            <w:tcW w:type="dxa" w:w="283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Формула</w:t>
            </w:r>
          </w:p>
        </w:tc>
        <w:tc>
          <w:tcPr>
            <w:tcW w:type="dxa" w:w="379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Связи</w:t>
            </w:r>
          </w:p>
        </w:tc>
        <w:tc>
          <w:tcPr>
            <w:tcW w:type="dxa" w:w="368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Критерии валидации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«Субъект» в контуре смыслового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S02-N01-K, S02-N01-R, S02-N02-D, S01-N01-D, S03-N01-D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«Субъект» в контуре смыслового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S02-N01-D, S02-N01-R, S02-N02-K, S01-N01-K, S03-N01-K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«Субъект» в контуре смыслового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S02-N01-D, S02-N01-K, S02-N02-R, S01-N01-R, S03-N01-R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«Цель» в контуре смыслового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S02-N02-K, S02-N02-R, S02-N01-D, S02-N03-D, S01-N02-D, S03-N02-D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«Цель» в контуре смыслового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S02-N02-D, S02-N02-R, S02-N01-K, S02-N03-K, S01-N02-K, S03-N02-K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«Цель» в контуре смыслового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S02-N02-D, S02-N02-K, S02-N01-R, S02-N03-R, S01-N02-R, S03-N02-R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«Граница» в контуре смыслового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S02-N03-K, S02-N03-R, S02-N02-D, S02-N04-D, S01-N03-D, S03-N03-D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«Граница» в контуре смыслового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S02-N03-D, S02-N03-R, S02-N02-K, S02-N04-K, S01-N03-K, S03-N03-K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«Граница» в контуре смыслового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S02-N03-D, S02-N03-K, S02-N02-R, S02-N04-R, S01-N03-R, S03-N03-R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«Ресурс» в контуре смыслового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S02-N04-K, S02-N04-R, S02-N03-D, S02-N05-D, S01-N04-D, S03-N04-D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«Ресурс» в контуре смыслового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S02-N04-D, S02-N04-R, S02-N03-K, S02-N05-K, S01-N04-K, S03-N04-K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«Ресурс» в контуре смыслового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S02-N04-D, S02-N04-K, S02-N03-R, S02-N05-R, S01-N04-R, S03-N04-R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«Сигнал» в контуре смыслового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S02-N05-K, S02-N05-R, S02-N04-D, S02-N06-D, S01-N05-D, S03-N05-D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«Сигнал» в контуре смыслового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S02-N05-D, S02-N05-R, S02-N04-K, S02-N06-K, S01-N05-K, S03-N05-K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«Сигнал» в контуре смыслового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S02-N05-D, S02-N05-K, S02-N04-R, S02-N06-R, S01-N05-R, S03-N05-R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«Знание» в контуре смыслового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S02-N06-K, S02-N06-R, S02-N05-D, S02-N07-D, S01-N06-D, S03-N06-D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«Знание» в контуре смыслового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S02-N06-D, S02-N06-R, S02-N05-K, S02-N07-K, S01-N06-K, S03-N06-K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«Знание» в контуре смыслового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S02-N06-D, S02-N06-K, S02-N05-R, S02-N07-R, S01-N06-R, S03-N06-R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«Решение» в контуре смыслового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S02-N07-K, S02-N07-R, S02-N06-D, S02-N08-D, S01-N07-D, S03-N07-D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«Решение» в контуре смыслового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S02-N07-D, S02-N07-R, S02-N06-K, S02-N08-K, S01-N07-K, S03-N07-K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«Решение» в контуре смыслового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S02-N07-D, S02-N07-K, S02-N06-R, S02-N08-R, S01-N07-R, S03-N07-R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«Действие» в контуре смыслового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S02-N08-K, S02-N08-R, S02-N07-D, S02-N09-D, S01-N08-D, S03-N08-D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«Действие» в контуре смыслового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S02-N08-D, S02-N08-R, S02-N07-K, S02-N09-K, S01-N08-K, S03-N08-K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«Действие» в контуре смыслового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S02-N08-D, S02-N08-K, S02-N07-R, S02-N09-R, S01-N08-R, S03-N08-R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«Обратная связь» в контуре смыслового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S02-N09-K, S02-N09-R, S02-N08-D, S02-N10-D, S01-N09-D, S03-N09-D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«Обратная связь» в контуре смыслового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S02-N09-D, S02-N09-R, S02-N08-K, S02-N10-K, S01-N09-K, S03-N09-K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S02-N09-R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«Обратная связь» в контуре смыслового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S02-N09-D, S02-N09-K, S02-N08-R, S02-N10-R, S01-N09-R, S03-N09-R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S02-N10-D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«Риск» в контуре смыслового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S02-N10-K, S02-N10-R, S02-N09-D, S02-N11-D, S01-N10-D, S03-N10-D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S02-N10-K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«Риск» в контуре смыслового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S02-N10-D, S02-N10-R, S02-N09-K, S02-N11-K, S01-N10-K, S03-N10-K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S02-N10-R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«Риск» в контуре смыслового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S02-N10-D, S02-N10-K, S02-N09-R, S02-N11-R, S01-N10-R, S03-N10-R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«Доверие» в контуре смыслового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S02-N11-K, S02-N11-R, S02-N10-D, S02-N12-D, S01-N11-D, S03-N11-D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«Доверие» в контуре смыслового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S02-N11-D, S02-N11-R, S02-N10-K, S02-N12-K, S01-N11-K, S03-N11-K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«Доверие» в контуре смыслового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S02-N11-D, S02-N11-K, S02-N10-R, S02-N12-R, S01-N11-R, S03-N11-R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«Кооперация» в контуре смыслового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S02-N12-K, S02-N12-R, S02-N11-D, S02-N13-D, S01-N12-D, S03-N12-D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«Кооперация» в контуре смыслового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S02-N12-D, S02-N12-R, S02-N11-K, S02-N13-K, S01-N12-K, S03-N12-K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«Кооперация» в контуре смыслового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S02-N12-D, S02-N12-K, S02-N11-R, S02-N13-R, S01-N12-R, S03-N12-R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«Инфраструктура» в контуре смыслового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S02-N13-K, S02-N13-R, S02-N12-D, S02-N14-D, S01-N13-D, S03-N13-D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«Инфраструктура» в контуре смыслового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S02-N13-D, S02-N13-R, S02-N12-K, S02-N14-K, S01-N13-K, S03-N13-K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«Инфраструктура» в контуре смыслового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S02-N13-D, S02-N13-K, S02-N12-R, S02-N14-R, S01-N13-R, S03-N13-R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«Стандарт» в контуре смыслового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S02-N14-K, S02-N14-R, S02-N13-D, S02-N15-D, S01-N14-D, S03-N14-D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«Стандарт» в контуре смыслового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S02-N14-D, S02-N14-R, S02-N13-K, S02-N15-K, S01-N14-K, S03-N14-K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«Стандарт» в контуре смыслового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S02-N14-D, S02-N14-K, S02-N13-R, S02-N15-R, S01-N14-R, S03-N14-R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«Финансы» в контуре смыслового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S02-N15-K, S02-N15-R, S02-N14-D, S02-N16-D, S01-N15-D, S03-N15-D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«Финансы» в контуре смыслового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S02-N15-D, S02-N15-R, S02-N14-K, S02-N16-K, S01-N15-K, S03-N15-K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«Финансы» в контуре смыслового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S02-N15-D, S02-N15-K, S02-N14-R, S02-N16-R, S01-N15-R, S03-N15-R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«Кадры» в контуре смыслового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S02-N16-K, S02-N16-R, S02-N15-D, S02-N17-D, S01-N16-D, S03-N16-D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«Кадры» в контуре смыслового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S02-N16-D, S02-N16-R, S02-N15-K, S02-N17-K, S01-N16-K, S03-N16-K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«Кадры» в контуре смыслового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S02-N16-D, S02-N16-K, S02-N15-R, S02-N17-R, S01-N16-R, S03-N16-R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«Технология» в контуре смыслового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S02-N17-K, S02-N17-R, S02-N16-D, S02-N18-D, S01-N17-D, S03-N17-D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«Технология» в контуре смыслового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S02-N17-D, S02-N17-R, S02-N16-K, S02-N18-K, S01-N17-K, S03-N17-K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«Технология» в контуре смыслового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S02-N17-D, S02-N17-K, S02-N16-R, S02-N18-R, S01-N17-R, S03-N17-R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«Среда» в контуре смыслового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S02-N18-K, S02-N18-R, S02-N17-D, S02-N19-D, S01-N18-D, S03-N18-D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«Среда» в контуре смыслового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S02-N18-D, S02-N18-R, S02-N17-K, S02-N19-K, S01-N18-K, S03-N18-K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«Среда» в контуре смыслового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S02-N18-D, S02-N18-K, S02-N17-R, S02-N19-R, S01-N18-R, S03-N18-R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«Результат» в контуре смыслового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S02-N19-K, S02-N19-R, S02-N18-D, S01-N19-D, S03-N19-D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«Результат» в контуре смыслового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S02-N19-D, S02-N19-R, S02-N18-K, S01-N19-K, S03-N19-K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S02-N19-R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«Результат» в контуре смыслового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S02-N19-D, S02-N19-K, S02-N18-R, S01-N19-R, S03-N19-R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</w:tbl>
    <w:p>
      <w:r>
        <w:br w:type="page"/>
      </w:r>
    </w:p>
    <w:p>
      <w:pPr>
        <w:pStyle w:val="Heading1"/>
      </w:pPr>
      <w:r>
        <w:t>S03 · Время и циклы</w:t>
      </w:r>
    </w:p>
    <w:p>
      <w:pPr>
        <w:spacing w:after="80"/>
      </w:pPr>
      <w:r>
        <w:t>Функция семейства: ритмы, этапы, сроки, сценарии и циклы развития. Модулей: 57 (19 узлов × 3 состояния).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72"/>
        <w:gridCol w:w="3272"/>
        <w:gridCol w:w="3272"/>
        <w:gridCol w:w="3272"/>
        <w:gridCol w:w="3272"/>
        <w:gridCol w:w="3272"/>
        <w:gridCol w:w="3272"/>
      </w:tblGrid>
      <w:tr>
        <w:trPr>
          <w:tblHeader w:val="true"/>
        </w:trPr>
        <w:tc>
          <w:tcPr>
            <w:tcW w:type="dxa" w:w="1304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Код</w:t>
            </w:r>
          </w:p>
        </w:tc>
        <w:tc>
          <w:tcPr>
            <w:tcW w:type="dxa" w:w="345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Функция</w:t>
            </w:r>
          </w:p>
        </w:tc>
        <w:tc>
          <w:tcPr>
            <w:tcW w:type="dxa" w:w="3969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Показатели</w:t>
            </w:r>
          </w:p>
        </w:tc>
        <w:tc>
          <w:tcPr>
            <w:tcW w:type="dxa" w:w="4082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Данные</w:t>
            </w:r>
          </w:p>
        </w:tc>
        <w:tc>
          <w:tcPr>
            <w:tcW w:type="dxa" w:w="283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Формула</w:t>
            </w:r>
          </w:p>
        </w:tc>
        <w:tc>
          <w:tcPr>
            <w:tcW w:type="dxa" w:w="379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Связи</w:t>
            </w:r>
          </w:p>
        </w:tc>
        <w:tc>
          <w:tcPr>
            <w:tcW w:type="dxa" w:w="368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Критерии валидации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«Субъект» в контуре временного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S03-N01-K, S03-N01-R, S03-N02-D, S02-N01-D, S04-N01-D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«Субъект» в контуре временного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S03-N01-D, S03-N01-R, S03-N02-K, S02-N01-K, S04-N01-K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«Субъект» в контуре временного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S03-N01-D, S03-N01-K, S03-N02-R, S02-N01-R, S04-N01-R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«Цель» в контуре временного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S03-N02-K, S03-N02-R, S03-N01-D, S03-N03-D, S02-N02-D, S04-N02-D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«Цель» в контуре временного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S03-N02-D, S03-N02-R, S03-N01-K, S03-N03-K, S02-N02-K, S04-N02-K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«Цель» в контуре временного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S03-N02-D, S03-N02-K, S03-N01-R, S03-N03-R, S02-N02-R, S04-N02-R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«Граница» в контуре временного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S03-N03-K, S03-N03-R, S03-N02-D, S03-N04-D, S02-N03-D, S04-N03-D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«Граница» в контуре временного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S03-N03-D, S03-N03-R, S03-N02-K, S03-N04-K, S02-N03-K, S04-N03-K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«Граница» в контуре временного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S03-N03-D, S03-N03-K, S03-N02-R, S03-N04-R, S02-N03-R, S04-N03-R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«Ресурс» в контуре временного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S03-N04-K, S03-N04-R, S03-N03-D, S03-N05-D, S02-N04-D, S04-N04-D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«Ресурс» в контуре временного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S03-N04-D, S03-N04-R, S03-N03-K, S03-N05-K, S02-N04-K, S04-N04-K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«Ресурс» в контуре временного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S03-N04-D, S03-N04-K, S03-N03-R, S03-N05-R, S02-N04-R, S04-N04-R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«Сигнал» в контуре временного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S03-N05-K, S03-N05-R, S03-N04-D, S03-N06-D, S02-N05-D, S04-N05-D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«Сигнал» в контуре временного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S03-N05-D, S03-N05-R, S03-N04-K, S03-N06-K, S02-N05-K, S04-N05-K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«Сигнал» в контуре временного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S03-N05-D, S03-N05-K, S03-N04-R, S03-N06-R, S02-N05-R, S04-N05-R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«Знание» в контуре временного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S03-N06-K, S03-N06-R, S03-N05-D, S03-N07-D, S02-N06-D, S04-N06-D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«Знание» в контуре временного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S03-N06-D, S03-N06-R, S03-N05-K, S03-N07-K, S02-N06-K, S04-N06-K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«Знание» в контуре временного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S03-N06-D, S03-N06-K, S03-N05-R, S03-N07-R, S02-N06-R, S04-N06-R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«Решение» в контуре временного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S03-N07-K, S03-N07-R, S03-N06-D, S03-N08-D, S02-N07-D, S04-N07-D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«Решение» в контуре временного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S03-N07-D, S03-N07-R, S03-N06-K, S03-N08-K, S02-N07-K, S04-N07-K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«Решение» в контуре временного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S03-N07-D, S03-N07-K, S03-N06-R, S03-N08-R, S02-N07-R, S04-N07-R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«Действие» в контуре временного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S03-N08-K, S03-N08-R, S03-N07-D, S03-N09-D, S02-N08-D, S04-N08-D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«Действие» в контуре временного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S03-N08-D, S03-N08-R, S03-N07-K, S03-N09-K, S02-N08-K, S04-N08-K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«Действие» в контуре временного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S03-N08-D, S03-N08-K, S03-N07-R, S03-N09-R, S02-N08-R, S04-N08-R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«Обратная связь» в контуре временного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S03-N09-K, S03-N09-R, S03-N08-D, S03-N10-D, S02-N09-D, S04-N09-D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«Обратная связь» в контуре временного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S03-N09-D, S03-N09-R, S03-N08-K, S03-N10-K, S02-N09-K, S04-N09-K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S03-N09-R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«Обратная связь» в контуре временного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S03-N09-D, S03-N09-K, S03-N08-R, S03-N10-R, S02-N09-R, S04-N09-R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S03-N10-D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«Риск» в контуре временного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S03-N10-K, S03-N10-R, S03-N09-D, S03-N11-D, S02-N10-D, S04-N10-D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S03-N10-K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«Риск» в контуре временного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S03-N10-D, S03-N10-R, S03-N09-K, S03-N11-K, S02-N10-K, S04-N10-K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S03-N10-R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«Риск» в контуре временного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S03-N10-D, S03-N10-K, S03-N09-R, S03-N11-R, S02-N10-R, S04-N10-R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«Доверие» в контуре временного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S03-N11-K, S03-N11-R, S03-N10-D, S03-N12-D, S02-N11-D, S04-N11-D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«Доверие» в контуре временного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S03-N11-D, S03-N11-R, S03-N10-K, S03-N12-K, S02-N11-K, S04-N11-K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«Доверие» в контуре временного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S03-N11-D, S03-N11-K, S03-N10-R, S03-N12-R, S02-N11-R, S04-N11-R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«Кооперация» в контуре временного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S03-N12-K, S03-N12-R, S03-N11-D, S03-N13-D, S02-N12-D, S04-N12-D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«Кооперация» в контуре временного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S03-N12-D, S03-N12-R, S03-N11-K, S03-N13-K, S02-N12-K, S04-N12-K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«Кооперация» в контуре временного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S03-N12-D, S03-N12-K, S03-N11-R, S03-N13-R, S02-N12-R, S04-N12-R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«Инфраструктура» в контуре временного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S03-N13-K, S03-N13-R, S03-N12-D, S03-N14-D, S02-N13-D, S04-N13-D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«Инфраструктура» в контуре временного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S03-N13-D, S03-N13-R, S03-N12-K, S03-N14-K, S02-N13-K, S04-N13-K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«Инфраструктура» в контуре временного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S03-N13-D, S03-N13-K, S03-N12-R, S03-N14-R, S02-N13-R, S04-N13-R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«Стандарт» в контуре временного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S03-N14-K, S03-N14-R, S03-N13-D, S03-N15-D, S02-N14-D, S04-N14-D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«Стандарт» в контуре временного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S03-N14-D, S03-N14-R, S03-N13-K, S03-N15-K, S02-N14-K, S04-N14-K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«Стандарт» в контуре временного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S03-N14-D, S03-N14-K, S03-N13-R, S03-N15-R, S02-N14-R, S04-N14-R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«Финансы» в контуре временного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S03-N15-K, S03-N15-R, S03-N14-D, S03-N16-D, S02-N15-D, S04-N15-D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«Финансы» в контуре временного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S03-N15-D, S03-N15-R, S03-N14-K, S03-N16-K, S02-N15-K, S04-N15-K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«Финансы» в контуре временного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S03-N15-D, S03-N15-K, S03-N14-R, S03-N16-R, S02-N15-R, S04-N15-R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«Кадры» в контуре временного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S03-N16-K, S03-N16-R, S03-N15-D, S03-N17-D, S02-N16-D, S04-N16-D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«Кадры» в контуре временного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S03-N16-D, S03-N16-R, S03-N15-K, S03-N17-K, S02-N16-K, S04-N16-K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«Кадры» в контуре временного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S03-N16-D, S03-N16-K, S03-N15-R, S03-N17-R, S02-N16-R, S04-N16-R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«Технология» в контуре временного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S03-N17-K, S03-N17-R, S03-N16-D, S03-N18-D, S02-N17-D, S04-N17-D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«Технология» в контуре временного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S03-N17-D, S03-N17-R, S03-N16-K, S03-N18-K, S02-N17-K, S04-N17-K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«Технология» в контуре временного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S03-N17-D, S03-N17-K, S03-N16-R, S03-N18-R, S02-N17-R, S04-N17-R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«Среда» в контуре временного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S03-N18-K, S03-N18-R, S03-N17-D, S03-N19-D, S02-N18-D, S04-N18-D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«Среда» в контуре временного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S03-N18-D, S03-N18-R, S03-N17-K, S03-N19-K, S02-N18-K, S04-N18-K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«Среда» в контуре временного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S03-N18-D, S03-N18-K, S03-N17-R, S03-N19-R, S02-N18-R, S04-N18-R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«Результат» в контуре временного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S03-N19-K, S03-N19-R, S03-N18-D, S02-N19-D, S04-N19-D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«Результат» в контуре временного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S03-N19-D, S03-N19-R, S03-N18-K, S02-N19-K, S04-N19-K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S03-N19-R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«Результат» в контуре временного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S03-N19-D, S03-N19-K, S03-N18-R, S02-N19-R, S04-N19-R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</w:tbl>
    <w:p>
      <w:r>
        <w:br w:type="page"/>
      </w:r>
    </w:p>
    <w:p>
      <w:pPr>
        <w:pStyle w:val="Heading1"/>
      </w:pPr>
      <w:r>
        <w:t>S04 · Энергия и ресурсы</w:t>
      </w:r>
    </w:p>
    <w:p>
      <w:pPr>
        <w:spacing w:after="80"/>
      </w:pPr>
      <w:r>
        <w:t>Функция семейства: ресурсная обеспеченность, энергия и материальные потоки. Модулей: 57 (19 узлов × 3 состояния).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72"/>
        <w:gridCol w:w="3272"/>
        <w:gridCol w:w="3272"/>
        <w:gridCol w:w="3272"/>
        <w:gridCol w:w="3272"/>
        <w:gridCol w:w="3272"/>
        <w:gridCol w:w="3272"/>
      </w:tblGrid>
      <w:tr>
        <w:trPr>
          <w:tblHeader w:val="true"/>
        </w:trPr>
        <w:tc>
          <w:tcPr>
            <w:tcW w:type="dxa" w:w="1304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Код</w:t>
            </w:r>
          </w:p>
        </w:tc>
        <w:tc>
          <w:tcPr>
            <w:tcW w:type="dxa" w:w="345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Функция</w:t>
            </w:r>
          </w:p>
        </w:tc>
        <w:tc>
          <w:tcPr>
            <w:tcW w:type="dxa" w:w="3969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Показатели</w:t>
            </w:r>
          </w:p>
        </w:tc>
        <w:tc>
          <w:tcPr>
            <w:tcW w:type="dxa" w:w="4082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Данные</w:t>
            </w:r>
          </w:p>
        </w:tc>
        <w:tc>
          <w:tcPr>
            <w:tcW w:type="dxa" w:w="283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Формула</w:t>
            </w:r>
          </w:p>
        </w:tc>
        <w:tc>
          <w:tcPr>
            <w:tcW w:type="dxa" w:w="379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Связи</w:t>
            </w:r>
          </w:p>
        </w:tc>
        <w:tc>
          <w:tcPr>
            <w:tcW w:type="dxa" w:w="368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Критерии валидации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«Субъект» в контуре ресурсного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S04-N01-K, S04-N01-R, S04-N02-D, S03-N01-D, S05-N01-D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«Субъект» в контуре ресурсного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S04-N01-D, S04-N01-R, S04-N02-K, S03-N01-K, S05-N01-K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«Субъект» в контуре ресурсного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S04-N01-D, S04-N01-K, S04-N02-R, S03-N01-R, S05-N01-R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«Цель» в контуре ресурсного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S04-N02-K, S04-N02-R, S04-N01-D, S04-N03-D, S03-N02-D, S05-N02-D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«Цель» в контуре ресурсного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S04-N02-D, S04-N02-R, S04-N01-K, S04-N03-K, S03-N02-K, S05-N02-K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«Цель» в контуре ресурсного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S04-N02-D, S04-N02-K, S04-N01-R, S04-N03-R, S03-N02-R, S05-N02-R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«Граница» в контуре ресурсного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S04-N03-K, S04-N03-R, S04-N02-D, S04-N04-D, S03-N03-D, S05-N03-D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«Граница» в контуре ресурсного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S04-N03-D, S04-N03-R, S04-N02-K, S04-N04-K, S03-N03-K, S05-N03-K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«Граница» в контуре ресурсного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S04-N03-D, S04-N03-K, S04-N02-R, S04-N04-R, S03-N03-R, S05-N03-R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«Ресурс» в контуре ресурсного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S04-N04-K, S04-N04-R, S04-N03-D, S04-N05-D, S03-N04-D, S05-N04-D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«Ресурс» в контуре ресурсного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S04-N04-D, S04-N04-R, S04-N03-K, S04-N05-K, S03-N04-K, S05-N04-K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«Ресурс» в контуре ресурсного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S04-N04-D, S04-N04-K, S04-N03-R, S04-N05-R, S03-N04-R, S05-N04-R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«Сигнал» в контуре ресурсного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S04-N05-K, S04-N05-R, S04-N04-D, S04-N06-D, S03-N05-D, S05-N05-D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«Сигнал» в контуре ресурсного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S04-N05-D, S04-N05-R, S04-N04-K, S04-N06-K, S03-N05-K, S05-N05-K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«Сигнал» в контуре ресурсного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S04-N05-D, S04-N05-K, S04-N04-R, S04-N06-R, S03-N05-R, S05-N05-R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«Знание» в контуре ресурсного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S04-N06-K, S04-N06-R, S04-N05-D, S04-N07-D, S03-N06-D, S05-N06-D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«Знание» в контуре ресурсного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S04-N06-D, S04-N06-R, S04-N05-K, S04-N07-K, S03-N06-K, S05-N06-K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«Знание» в контуре ресурсного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S04-N06-D, S04-N06-K, S04-N05-R, S04-N07-R, S03-N06-R, S05-N06-R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«Решение» в контуре ресурсного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S04-N07-K, S04-N07-R, S04-N06-D, S04-N08-D, S03-N07-D, S05-N07-D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«Решение» в контуре ресурсного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S04-N07-D, S04-N07-R, S04-N06-K, S04-N08-K, S03-N07-K, S05-N07-K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«Решение» в контуре ресурсного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S04-N07-D, S04-N07-K, S04-N06-R, S04-N08-R, S03-N07-R, S05-N07-R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«Действие» в контуре ресурсного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S04-N08-K, S04-N08-R, S04-N07-D, S04-N09-D, S03-N08-D, S05-N08-D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«Действие» в контуре ресурсного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S04-N08-D, S04-N08-R, S04-N07-K, S04-N09-K, S03-N08-K, S05-N08-K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«Действие» в контуре ресурсного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S04-N08-D, S04-N08-K, S04-N07-R, S04-N09-R, S03-N08-R, S05-N08-R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«Обратная связь» в контуре ресурсного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S04-N09-K, S04-N09-R, S04-N08-D, S04-N10-D, S03-N09-D, S05-N09-D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«Обратная связь» в контуре ресурсного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S04-N09-D, S04-N09-R, S04-N08-K, S04-N10-K, S03-N09-K, S05-N09-K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S04-N09-R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«Обратная связь» в контуре ресурсного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S04-N09-D, S04-N09-K, S04-N08-R, S04-N10-R, S03-N09-R, S05-N09-R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S04-N10-D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«Риск» в контуре ресурсного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S04-N10-K, S04-N10-R, S04-N09-D, S04-N11-D, S03-N10-D, S05-N10-D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S04-N10-K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«Риск» в контуре ресурсного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S04-N10-D, S04-N10-R, S04-N09-K, S04-N11-K, S03-N10-K, S05-N10-K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S04-N10-R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«Риск» в контуре ресурсного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S04-N10-D, S04-N10-K, S04-N09-R, S04-N11-R, S03-N10-R, S05-N10-R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«Доверие» в контуре ресурсного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S04-N11-K, S04-N11-R, S04-N10-D, S04-N12-D, S03-N11-D, S05-N11-D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«Доверие» в контуре ресурсного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S04-N11-D, S04-N11-R, S04-N10-K, S04-N12-K, S03-N11-K, S05-N11-K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«Доверие» в контуре ресурсного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S04-N11-D, S04-N11-K, S04-N10-R, S04-N12-R, S03-N11-R, S05-N11-R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«Кооперация» в контуре ресурсного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S04-N12-K, S04-N12-R, S04-N11-D, S04-N13-D, S03-N12-D, S05-N12-D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«Кооперация» в контуре ресурсного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S04-N12-D, S04-N12-R, S04-N11-K, S04-N13-K, S03-N12-K, S05-N12-K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«Кооперация» в контуре ресурсного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S04-N12-D, S04-N12-K, S04-N11-R, S04-N13-R, S03-N12-R, S05-N12-R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«Инфраструктура» в контуре ресурсного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S04-N13-K, S04-N13-R, S04-N12-D, S04-N14-D, S03-N13-D, S05-N13-D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«Инфраструктура» в контуре ресурсного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S04-N13-D, S04-N13-R, S04-N12-K, S04-N14-K, S03-N13-K, S05-N13-K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«Инфраструктура» в контуре ресурсного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S04-N13-D, S04-N13-K, S04-N12-R, S04-N14-R, S03-N13-R, S05-N13-R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«Стандарт» в контуре ресурсного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S04-N14-K, S04-N14-R, S04-N13-D, S04-N15-D, S03-N14-D, S05-N14-D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«Стандарт» в контуре ресурсного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S04-N14-D, S04-N14-R, S04-N13-K, S04-N15-K, S03-N14-K, S05-N14-K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«Стандарт» в контуре ресурсного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S04-N14-D, S04-N14-K, S04-N13-R, S04-N15-R, S03-N14-R, S05-N14-R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«Финансы» в контуре ресурсного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S04-N15-K, S04-N15-R, S04-N14-D, S04-N16-D, S03-N15-D, S05-N15-D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«Финансы» в контуре ресурсного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S04-N15-D, S04-N15-R, S04-N14-K, S04-N16-K, S03-N15-K, S05-N15-K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«Финансы» в контуре ресурсного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S04-N15-D, S04-N15-K, S04-N14-R, S04-N16-R, S03-N15-R, S05-N15-R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«Кадры» в контуре ресурсного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S04-N16-K, S04-N16-R, S04-N15-D, S04-N17-D, S03-N16-D, S05-N16-D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«Кадры» в контуре ресурсного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S04-N16-D, S04-N16-R, S04-N15-K, S04-N17-K, S03-N16-K, S05-N16-K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«Кадры» в контуре ресурсного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S04-N16-D, S04-N16-K, S04-N15-R, S04-N17-R, S03-N16-R, S05-N16-R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«Технология» в контуре ресурсного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S04-N17-K, S04-N17-R, S04-N16-D, S04-N18-D, S03-N17-D, S05-N17-D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«Технология» в контуре ресурсного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S04-N17-D, S04-N17-R, S04-N16-K, S04-N18-K, S03-N17-K, S05-N17-K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«Технология» в контуре ресурсного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S04-N17-D, S04-N17-K, S04-N16-R, S04-N18-R, S03-N17-R, S05-N17-R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«Среда» в контуре ресурсного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S04-N18-K, S04-N18-R, S04-N17-D, S04-N19-D, S03-N18-D, S05-N18-D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«Среда» в контуре ресурсного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S04-N18-D, S04-N18-R, S04-N17-K, S04-N19-K, S03-N18-K, S05-N18-K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«Среда» в контуре ресурсного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S04-N18-D, S04-N18-K, S04-N17-R, S04-N19-R, S03-N18-R, S05-N18-R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«Результат» в контуре ресурсного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S04-N19-K, S04-N19-R, S04-N18-D, S03-N19-D, S05-N19-D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«Результат» в контуре ресурсного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S04-N19-D, S04-N19-R, S04-N18-K, S03-N19-K, S05-N19-K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S04-N19-R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«Результат» в контуре ресурсного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S04-N19-D, S04-N19-K, S04-N18-R, S03-N19-R, S05-N19-R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</w:tbl>
    <w:p>
      <w:r>
        <w:br w:type="page"/>
      </w:r>
    </w:p>
    <w:p>
      <w:pPr>
        <w:pStyle w:val="Heading1"/>
      </w:pPr>
      <w:r>
        <w:t>S05 · Информация и данные</w:t>
      </w:r>
    </w:p>
    <w:p>
      <w:pPr>
        <w:spacing w:after="80"/>
      </w:pPr>
      <w:r>
        <w:t>Функция семейства: данные, знания, цифровые следы и аналитика. Модулей: 57 (19 узлов × 3 состояния).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72"/>
        <w:gridCol w:w="3272"/>
        <w:gridCol w:w="3272"/>
        <w:gridCol w:w="3272"/>
        <w:gridCol w:w="3272"/>
        <w:gridCol w:w="3272"/>
        <w:gridCol w:w="3272"/>
      </w:tblGrid>
      <w:tr>
        <w:trPr>
          <w:tblHeader w:val="true"/>
        </w:trPr>
        <w:tc>
          <w:tcPr>
            <w:tcW w:type="dxa" w:w="1304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Код</w:t>
            </w:r>
          </w:p>
        </w:tc>
        <w:tc>
          <w:tcPr>
            <w:tcW w:type="dxa" w:w="345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Функция</w:t>
            </w:r>
          </w:p>
        </w:tc>
        <w:tc>
          <w:tcPr>
            <w:tcW w:type="dxa" w:w="3969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Показатели</w:t>
            </w:r>
          </w:p>
        </w:tc>
        <w:tc>
          <w:tcPr>
            <w:tcW w:type="dxa" w:w="4082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Данные</w:t>
            </w:r>
          </w:p>
        </w:tc>
        <w:tc>
          <w:tcPr>
            <w:tcW w:type="dxa" w:w="283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Формула</w:t>
            </w:r>
          </w:p>
        </w:tc>
        <w:tc>
          <w:tcPr>
            <w:tcW w:type="dxa" w:w="379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Связи</w:t>
            </w:r>
          </w:p>
        </w:tc>
        <w:tc>
          <w:tcPr>
            <w:tcW w:type="dxa" w:w="368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Критерии валидации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«Субъект» в контуре информационного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S05-N01-K, S05-N01-R, S05-N02-D, S04-N01-D, S06-N01-D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«Субъект» в контуре информационного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S05-N01-D, S05-N01-R, S05-N02-K, S04-N01-K, S06-N01-K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«Субъект» в контуре информационного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S05-N01-D, S05-N01-K, S05-N02-R, S04-N01-R, S06-N01-R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«Цель» в контуре информационного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S05-N02-K, S05-N02-R, S05-N01-D, S05-N03-D, S04-N02-D, S06-N02-D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«Цель» в контуре информационного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S05-N02-D, S05-N02-R, S05-N01-K, S05-N03-K, S04-N02-K, S06-N02-K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«Цель» в контуре информационного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S05-N02-D, S05-N02-K, S05-N01-R, S05-N03-R, S04-N02-R, S06-N02-R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«Граница» в контуре информационного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S05-N03-K, S05-N03-R, S05-N02-D, S05-N04-D, S04-N03-D, S06-N03-D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«Граница» в контуре информационного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S05-N03-D, S05-N03-R, S05-N02-K, S05-N04-K, S04-N03-K, S06-N03-K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«Граница» в контуре информационного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S05-N03-D, S05-N03-K, S05-N02-R, S05-N04-R, S04-N03-R, S06-N03-R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«Ресурс» в контуре информационного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S05-N04-K, S05-N04-R, S05-N03-D, S05-N05-D, S04-N04-D, S06-N04-D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«Ресурс» в контуре информационного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S05-N04-D, S05-N04-R, S05-N03-K, S05-N05-K, S04-N04-K, S06-N04-K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«Ресурс» в контуре информационного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S05-N04-D, S05-N04-K, S05-N03-R, S05-N05-R, S04-N04-R, S06-N04-R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«Сигнал» в контуре информационного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S05-N05-K, S05-N05-R, S05-N04-D, S05-N06-D, S04-N05-D, S06-N05-D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«Сигнал» в контуре информационного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S05-N05-D, S05-N05-R, S05-N04-K, S05-N06-K, S04-N05-K, S06-N05-K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«Сигнал» в контуре информационного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S05-N05-D, S05-N05-K, S05-N04-R, S05-N06-R, S04-N05-R, S06-N05-R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«Знание» в контуре информационного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S05-N06-K, S05-N06-R, S05-N05-D, S05-N07-D, S04-N06-D, S06-N06-D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«Знание» в контуре информационного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S05-N06-D, S05-N06-R, S05-N05-K, S05-N07-K, S04-N06-K, S06-N06-K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«Знание» в контуре информационного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S05-N06-D, S05-N06-K, S05-N05-R, S05-N07-R, S04-N06-R, S06-N06-R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«Решение» в контуре информационного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S05-N07-K, S05-N07-R, S05-N06-D, S05-N08-D, S04-N07-D, S06-N07-D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«Решение» в контуре информационного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S05-N07-D, S05-N07-R, S05-N06-K, S05-N08-K, S04-N07-K, S06-N07-K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«Решение» в контуре информационного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S05-N07-D, S05-N07-K, S05-N06-R, S05-N08-R, S04-N07-R, S06-N07-R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«Действие» в контуре информационного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S05-N08-K, S05-N08-R, S05-N07-D, S05-N09-D, S04-N08-D, S06-N08-D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«Действие» в контуре информационного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S05-N08-D, S05-N08-R, S05-N07-K, S05-N09-K, S04-N08-K, S06-N08-K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«Действие» в контуре информационного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S05-N08-D, S05-N08-K, S05-N07-R, S05-N09-R, S04-N08-R, S06-N08-R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«Обратная связь» в контуре информационного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S05-N09-K, S05-N09-R, S05-N08-D, S05-N10-D, S04-N09-D, S06-N09-D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«Обратная связь» в контуре информационного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S05-N09-D, S05-N09-R, S05-N08-K, S05-N10-K, S04-N09-K, S06-N09-K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S05-N09-R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«Обратная связь» в контуре информационного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S05-N09-D, S05-N09-K, S05-N08-R, S05-N10-R, S04-N09-R, S06-N09-R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S05-N10-D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«Риск» в контуре информационного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S05-N10-K, S05-N10-R, S05-N09-D, S05-N11-D, S04-N10-D, S06-N10-D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S05-N10-K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«Риск» в контуре информационного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S05-N10-D, S05-N10-R, S05-N09-K, S05-N11-K, S04-N10-K, S06-N10-K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S05-N10-R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«Риск» в контуре информационного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S05-N10-D, S05-N10-K, S05-N09-R, S05-N11-R, S04-N10-R, S06-N10-R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«Доверие» в контуре информационного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S05-N11-K, S05-N11-R, S05-N10-D, S05-N12-D, S04-N11-D, S06-N11-D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«Доверие» в контуре информационного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S05-N11-D, S05-N11-R, S05-N10-K, S05-N12-K, S04-N11-K, S06-N11-K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«Доверие» в контуре информационного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S05-N11-D, S05-N11-K, S05-N10-R, S05-N12-R, S04-N11-R, S06-N11-R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«Кооперация» в контуре информационного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S05-N12-K, S05-N12-R, S05-N11-D, S05-N13-D, S04-N12-D, S06-N12-D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«Кооперация» в контуре информационного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S05-N12-D, S05-N12-R, S05-N11-K, S05-N13-K, S04-N12-K, S06-N12-K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«Кооперация» в контуре информационного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S05-N12-D, S05-N12-K, S05-N11-R, S05-N13-R, S04-N12-R, S06-N12-R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«Инфраструктура» в контуре информационного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S05-N13-K, S05-N13-R, S05-N12-D, S05-N14-D, S04-N13-D, S06-N13-D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«Инфраструктура» в контуре информационного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S05-N13-D, S05-N13-R, S05-N12-K, S05-N14-K, S04-N13-K, S06-N13-K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«Инфраструктура» в контуре информационного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S05-N13-D, S05-N13-K, S05-N12-R, S05-N14-R, S04-N13-R, S06-N13-R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«Стандарт» в контуре информационного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S05-N14-K, S05-N14-R, S05-N13-D, S05-N15-D, S04-N14-D, S06-N14-D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«Стандарт» в контуре информационного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S05-N14-D, S05-N14-R, S05-N13-K, S05-N15-K, S04-N14-K, S06-N14-K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«Стандарт» в контуре информационного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S05-N14-D, S05-N14-K, S05-N13-R, S05-N15-R, S04-N14-R, S06-N14-R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«Финансы» в контуре информационного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S05-N15-K, S05-N15-R, S05-N14-D, S05-N16-D, S04-N15-D, S06-N15-D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«Финансы» в контуре информационного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S05-N15-D, S05-N15-R, S05-N14-K, S05-N16-K, S04-N15-K, S06-N15-K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«Финансы» в контуре информационного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S05-N15-D, S05-N15-K, S05-N14-R, S05-N16-R, S04-N15-R, S06-N15-R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«Кадры» в контуре информационного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S05-N16-K, S05-N16-R, S05-N15-D, S05-N17-D, S04-N16-D, S06-N16-D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«Кадры» в контуре информационного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S05-N16-D, S05-N16-R, S05-N15-K, S05-N17-K, S04-N16-K, S06-N16-K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«Кадры» в контуре информационного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S05-N16-D, S05-N16-K, S05-N15-R, S05-N17-R, S04-N16-R, S06-N16-R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«Технология» в контуре информационного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S05-N17-K, S05-N17-R, S05-N16-D, S05-N18-D, S04-N17-D, S06-N17-D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«Технология» в контуре информационного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S05-N17-D, S05-N17-R, S05-N16-K, S05-N18-K, S04-N17-K, S06-N17-K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«Технология» в контуре информационного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S05-N17-D, S05-N17-K, S05-N16-R, S05-N18-R, S04-N17-R, S06-N17-R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«Среда» в контуре информационного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S05-N18-K, S05-N18-R, S05-N17-D, S05-N19-D, S04-N18-D, S06-N18-D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«Среда» в контуре информационного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S05-N18-D, S05-N18-R, S05-N17-K, S05-N19-K, S04-N18-K, S06-N18-K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«Среда» в контуре информационного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S05-N18-D, S05-N18-K, S05-N17-R, S05-N19-R, S04-N18-R, S06-N18-R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«Результат» в контуре информационного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S05-N19-K, S05-N19-R, S05-N18-D, S04-N19-D, S06-N19-D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«Результат» в контуре информационного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S05-N19-D, S05-N19-R, S05-N18-K, S04-N19-K, S06-N19-K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S05-N19-R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«Результат» в контуре информационного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S05-N19-D, S05-N19-K, S05-N18-R, S04-N19-R, S06-N19-R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</w:tbl>
    <w:p>
      <w:r>
        <w:br w:type="page"/>
      </w:r>
    </w:p>
    <w:p>
      <w:pPr>
        <w:pStyle w:val="Heading1"/>
      </w:pPr>
      <w:r>
        <w:t>S06 · Человек и сознание</w:t>
      </w:r>
    </w:p>
    <w:p>
      <w:pPr>
        <w:spacing w:after="80"/>
      </w:pPr>
      <w:r>
        <w:t>Функция семейства: человеческий потенциал, компетенции, восприятие и обучение. Модулей: 57 (19 узлов × 3 состояния).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72"/>
        <w:gridCol w:w="3272"/>
        <w:gridCol w:w="3272"/>
        <w:gridCol w:w="3272"/>
        <w:gridCol w:w="3272"/>
        <w:gridCol w:w="3272"/>
        <w:gridCol w:w="3272"/>
      </w:tblGrid>
      <w:tr>
        <w:trPr>
          <w:tblHeader w:val="true"/>
        </w:trPr>
        <w:tc>
          <w:tcPr>
            <w:tcW w:type="dxa" w:w="1304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Код</w:t>
            </w:r>
          </w:p>
        </w:tc>
        <w:tc>
          <w:tcPr>
            <w:tcW w:type="dxa" w:w="345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Функция</w:t>
            </w:r>
          </w:p>
        </w:tc>
        <w:tc>
          <w:tcPr>
            <w:tcW w:type="dxa" w:w="3969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Показатели</w:t>
            </w:r>
          </w:p>
        </w:tc>
        <w:tc>
          <w:tcPr>
            <w:tcW w:type="dxa" w:w="4082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Данные</w:t>
            </w:r>
          </w:p>
        </w:tc>
        <w:tc>
          <w:tcPr>
            <w:tcW w:type="dxa" w:w="283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Формула</w:t>
            </w:r>
          </w:p>
        </w:tc>
        <w:tc>
          <w:tcPr>
            <w:tcW w:type="dxa" w:w="379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Связи</w:t>
            </w:r>
          </w:p>
        </w:tc>
        <w:tc>
          <w:tcPr>
            <w:tcW w:type="dxa" w:w="368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Критерии валидации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«Субъект» в контуре человеческого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S06-N01-K, S06-N01-R, S06-N02-D, S05-N01-D, S07-N01-D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«Субъект» в контуре человеческого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S06-N01-D, S06-N01-R, S06-N02-K, S05-N01-K, S07-N01-K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«Субъект» в контуре человеческого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S06-N01-D, S06-N01-K, S06-N02-R, S05-N01-R, S07-N01-R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«Цель» в контуре человеческого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S06-N02-K, S06-N02-R, S06-N01-D, S06-N03-D, S05-N02-D, S07-N02-D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«Цель» в контуре человеческого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S06-N02-D, S06-N02-R, S06-N01-K, S06-N03-K, S05-N02-K, S07-N02-K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«Цель» в контуре человеческого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S06-N02-D, S06-N02-K, S06-N01-R, S06-N03-R, S05-N02-R, S07-N02-R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«Граница» в контуре человеческого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S06-N03-K, S06-N03-R, S06-N02-D, S06-N04-D, S05-N03-D, S07-N03-D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«Граница» в контуре человеческого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S06-N03-D, S06-N03-R, S06-N02-K, S06-N04-K, S05-N03-K, S07-N03-K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«Граница» в контуре человеческого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S06-N03-D, S06-N03-K, S06-N02-R, S06-N04-R, S05-N03-R, S07-N03-R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«Ресурс» в контуре человеческого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S06-N04-K, S06-N04-R, S06-N03-D, S06-N05-D, S05-N04-D, S07-N04-D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«Ресурс» в контуре человеческого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S06-N04-D, S06-N04-R, S06-N03-K, S06-N05-K, S05-N04-K, S07-N04-K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«Ресурс» в контуре человеческого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S06-N04-D, S06-N04-K, S06-N03-R, S06-N05-R, S05-N04-R, S07-N04-R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«Сигнал» в контуре человеческого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S06-N05-K, S06-N05-R, S06-N04-D, S06-N06-D, S05-N05-D, S07-N05-D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«Сигнал» в контуре человеческого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S06-N05-D, S06-N05-R, S06-N04-K, S06-N06-K, S05-N05-K, S07-N05-K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«Сигнал» в контуре человеческого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S06-N05-D, S06-N05-K, S06-N04-R, S06-N06-R, S05-N05-R, S07-N05-R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«Знание» в контуре человеческого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S06-N06-K, S06-N06-R, S06-N05-D, S06-N07-D, S05-N06-D, S07-N06-D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«Знание» в контуре человеческого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S06-N06-D, S06-N06-R, S06-N05-K, S06-N07-K, S05-N06-K, S07-N06-K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«Знание» в контуре человеческого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S06-N06-D, S06-N06-K, S06-N05-R, S06-N07-R, S05-N06-R, S07-N06-R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«Решение» в контуре человеческого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S06-N07-K, S06-N07-R, S06-N06-D, S06-N08-D, S05-N07-D, S07-N07-D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«Решение» в контуре человеческого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S06-N07-D, S06-N07-R, S06-N06-K, S06-N08-K, S05-N07-K, S07-N07-K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«Решение» в контуре человеческого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S06-N07-D, S06-N07-K, S06-N06-R, S06-N08-R, S05-N07-R, S07-N07-R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«Действие» в контуре человеческого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S06-N08-K, S06-N08-R, S06-N07-D, S06-N09-D, S05-N08-D, S07-N08-D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«Действие» в контуре человеческого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S06-N08-D, S06-N08-R, S06-N07-K, S06-N09-K, S05-N08-K, S07-N08-K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«Действие» в контуре человеческого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S06-N08-D, S06-N08-K, S06-N07-R, S06-N09-R, S05-N08-R, S07-N08-R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«Обратная связь» в контуре человеческого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S06-N09-K, S06-N09-R, S06-N08-D, S06-N10-D, S05-N09-D, S07-N09-D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«Обратная связь» в контуре человеческого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S06-N09-D, S06-N09-R, S06-N08-K, S06-N10-K, S05-N09-K, S07-N09-K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S06-N09-R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«Обратная связь» в контуре человеческого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S06-N09-D, S06-N09-K, S06-N08-R, S06-N10-R, S05-N09-R, S07-N09-R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S06-N10-D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«Риск» в контуре человеческого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S06-N10-K, S06-N10-R, S06-N09-D, S06-N11-D, S05-N10-D, S07-N10-D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S06-N10-K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«Риск» в контуре человеческого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S06-N10-D, S06-N10-R, S06-N09-K, S06-N11-K, S05-N10-K, S07-N10-K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S06-N10-R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«Риск» в контуре человеческого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S06-N10-D, S06-N10-K, S06-N09-R, S06-N11-R, S05-N10-R, S07-N10-R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«Доверие» в контуре человеческого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S06-N11-K, S06-N11-R, S06-N10-D, S06-N12-D, S05-N11-D, S07-N11-D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«Доверие» в контуре человеческого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S06-N11-D, S06-N11-R, S06-N10-K, S06-N12-K, S05-N11-K, S07-N11-K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«Доверие» в контуре человеческого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S06-N11-D, S06-N11-K, S06-N10-R, S06-N12-R, S05-N11-R, S07-N11-R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«Кооперация» в контуре человеческого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S06-N12-K, S06-N12-R, S06-N11-D, S06-N13-D, S05-N12-D, S07-N12-D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«Кооперация» в контуре человеческого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S06-N12-D, S06-N12-R, S06-N11-K, S06-N13-K, S05-N12-K, S07-N12-K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«Кооперация» в контуре человеческого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S06-N12-D, S06-N12-K, S06-N11-R, S06-N13-R, S05-N12-R, S07-N12-R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«Инфраструктура» в контуре человеческого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S06-N13-K, S06-N13-R, S06-N12-D, S06-N14-D, S05-N13-D, S07-N13-D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«Инфраструктура» в контуре человеческого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S06-N13-D, S06-N13-R, S06-N12-K, S06-N14-K, S05-N13-K, S07-N13-K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«Инфраструктура» в контуре человеческого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S06-N13-D, S06-N13-K, S06-N12-R, S06-N14-R, S05-N13-R, S07-N13-R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«Стандарт» в контуре человеческого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S06-N14-K, S06-N14-R, S06-N13-D, S06-N15-D, S05-N14-D, S07-N14-D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«Стандарт» в контуре человеческого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S06-N14-D, S06-N14-R, S06-N13-K, S06-N15-K, S05-N14-K, S07-N14-K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«Стандарт» в контуре человеческого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S06-N14-D, S06-N14-K, S06-N13-R, S06-N15-R, S05-N14-R, S07-N14-R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«Финансы» в контуре человеческого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S06-N15-K, S06-N15-R, S06-N14-D, S06-N16-D, S05-N15-D, S07-N15-D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«Финансы» в контуре человеческого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S06-N15-D, S06-N15-R, S06-N14-K, S06-N16-K, S05-N15-K, S07-N15-K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«Финансы» в контуре человеческого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S06-N15-D, S06-N15-K, S06-N14-R, S06-N16-R, S05-N15-R, S07-N15-R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«Кадры» в контуре человеческого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S06-N16-K, S06-N16-R, S06-N15-D, S06-N17-D, S05-N16-D, S07-N16-D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«Кадры» в контуре человеческого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S06-N16-D, S06-N16-R, S06-N15-K, S06-N17-K, S05-N16-K, S07-N16-K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«Кадры» в контуре человеческого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S06-N16-D, S06-N16-K, S06-N15-R, S06-N17-R, S05-N16-R, S07-N16-R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«Технология» в контуре человеческого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S06-N17-K, S06-N17-R, S06-N16-D, S06-N18-D, S05-N17-D, S07-N17-D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«Технология» в контуре человеческого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S06-N17-D, S06-N17-R, S06-N16-K, S06-N18-K, S05-N17-K, S07-N17-K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«Технология» в контуре человеческого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S06-N17-D, S06-N17-K, S06-N16-R, S06-N18-R, S05-N17-R, S07-N17-R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«Среда» в контуре человеческого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S06-N18-K, S06-N18-R, S06-N17-D, S06-N19-D, S05-N18-D, S07-N18-D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«Среда» в контуре человеческого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S06-N18-D, S06-N18-R, S06-N17-K, S06-N19-K, S05-N18-K, S07-N18-K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«Среда» в контуре человеческого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S06-N18-D, S06-N18-K, S06-N17-R, S06-N19-R, S05-N18-R, S07-N18-R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«Результат» в контуре человеческого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S06-N19-K, S06-N19-R, S06-N18-D, S05-N19-D, S07-N19-D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«Результат» в контуре человеческого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S06-N19-D, S06-N19-R, S06-N18-K, S05-N19-K, S07-N19-K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S06-N19-R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«Результат» в контуре человеческого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S06-N19-D, S06-N19-K, S06-N18-R, S05-N19-R, S07-N19-R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</w:tbl>
    <w:p>
      <w:r>
        <w:br w:type="page"/>
      </w:r>
    </w:p>
    <w:p>
      <w:pPr>
        <w:pStyle w:val="Heading1"/>
      </w:pPr>
      <w:r>
        <w:t>S07 · Кооперация и сети</w:t>
      </w:r>
    </w:p>
    <w:p>
      <w:pPr>
        <w:spacing w:after="80"/>
      </w:pPr>
      <w:r>
        <w:t>Функция семейства: связность субъектов, доверие, договоры и сетевое взаимодействие. Модулей: 57 (19 узлов × 3 состояния).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72"/>
        <w:gridCol w:w="3272"/>
        <w:gridCol w:w="3272"/>
        <w:gridCol w:w="3272"/>
        <w:gridCol w:w="3272"/>
        <w:gridCol w:w="3272"/>
        <w:gridCol w:w="3272"/>
      </w:tblGrid>
      <w:tr>
        <w:trPr>
          <w:tblHeader w:val="true"/>
        </w:trPr>
        <w:tc>
          <w:tcPr>
            <w:tcW w:type="dxa" w:w="1304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Код</w:t>
            </w:r>
          </w:p>
        </w:tc>
        <w:tc>
          <w:tcPr>
            <w:tcW w:type="dxa" w:w="345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Функция</w:t>
            </w:r>
          </w:p>
        </w:tc>
        <w:tc>
          <w:tcPr>
            <w:tcW w:type="dxa" w:w="3969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Показатели</w:t>
            </w:r>
          </w:p>
        </w:tc>
        <w:tc>
          <w:tcPr>
            <w:tcW w:type="dxa" w:w="4082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Данные</w:t>
            </w:r>
          </w:p>
        </w:tc>
        <w:tc>
          <w:tcPr>
            <w:tcW w:type="dxa" w:w="283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Формула</w:t>
            </w:r>
          </w:p>
        </w:tc>
        <w:tc>
          <w:tcPr>
            <w:tcW w:type="dxa" w:w="379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Связи</w:t>
            </w:r>
          </w:p>
        </w:tc>
        <w:tc>
          <w:tcPr>
            <w:tcW w:type="dxa" w:w="368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Критерии валидации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«Субъект» в контуре кооперационного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S07-N01-K, S07-N01-R, S07-N02-D, S06-N01-D, S08-N01-D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«Субъект» в контуре кооперационного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S07-N01-D, S07-N01-R, S07-N02-K, S06-N01-K, S08-N01-K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«Субъект» в контуре кооперационного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S07-N01-D, S07-N01-K, S07-N02-R, S06-N01-R, S08-N01-R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«Цель» в контуре кооперационного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S07-N02-K, S07-N02-R, S07-N01-D, S07-N03-D, S06-N02-D, S08-N02-D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«Цель» в контуре кооперационного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S07-N02-D, S07-N02-R, S07-N01-K, S07-N03-K, S06-N02-K, S08-N02-K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«Цель» в контуре кооперационного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S07-N02-D, S07-N02-K, S07-N01-R, S07-N03-R, S06-N02-R, S08-N02-R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«Граница» в контуре кооперационного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S07-N03-K, S07-N03-R, S07-N02-D, S07-N04-D, S06-N03-D, S08-N03-D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«Граница» в контуре кооперационного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S07-N03-D, S07-N03-R, S07-N02-K, S07-N04-K, S06-N03-K, S08-N03-K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«Граница» в контуре кооперационного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S07-N03-D, S07-N03-K, S07-N02-R, S07-N04-R, S06-N03-R, S08-N03-R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«Ресурс» в контуре кооперационного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S07-N04-K, S07-N04-R, S07-N03-D, S07-N05-D, S06-N04-D, S08-N04-D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«Ресурс» в контуре кооперационного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S07-N04-D, S07-N04-R, S07-N03-K, S07-N05-K, S06-N04-K, S08-N04-K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«Ресурс» в контуре кооперационного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S07-N04-D, S07-N04-K, S07-N03-R, S07-N05-R, S06-N04-R, S08-N04-R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«Сигнал» в контуре кооперационного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S07-N05-K, S07-N05-R, S07-N04-D, S07-N06-D, S06-N05-D, S08-N05-D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«Сигнал» в контуре кооперационного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S07-N05-D, S07-N05-R, S07-N04-K, S07-N06-K, S06-N05-K, S08-N05-K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«Сигнал» в контуре кооперационного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S07-N05-D, S07-N05-K, S07-N04-R, S07-N06-R, S06-N05-R, S08-N05-R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«Знание» в контуре кооперационного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S07-N06-K, S07-N06-R, S07-N05-D, S07-N07-D, S06-N06-D, S08-N06-D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«Знание» в контуре кооперационного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S07-N06-D, S07-N06-R, S07-N05-K, S07-N07-K, S06-N06-K, S08-N06-K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«Знание» в контуре кооперационного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S07-N06-D, S07-N06-K, S07-N05-R, S07-N07-R, S06-N06-R, S08-N06-R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«Решение» в контуре кооперационного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S07-N07-K, S07-N07-R, S07-N06-D, S07-N08-D, S06-N07-D, S08-N07-D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«Решение» в контуре кооперационного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S07-N07-D, S07-N07-R, S07-N06-K, S07-N08-K, S06-N07-K, S08-N07-K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«Решение» в контуре кооперационного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S07-N07-D, S07-N07-K, S07-N06-R, S07-N08-R, S06-N07-R, S08-N07-R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«Действие» в контуре кооперационного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S07-N08-K, S07-N08-R, S07-N07-D, S07-N09-D, S06-N08-D, S08-N08-D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«Действие» в контуре кооперационного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S07-N08-D, S07-N08-R, S07-N07-K, S07-N09-K, S06-N08-K, S08-N08-K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«Действие» в контуре кооперационного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S07-N08-D, S07-N08-K, S07-N07-R, S07-N09-R, S06-N08-R, S08-N08-R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«Обратная связь» в контуре кооперационного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S07-N09-K, S07-N09-R, S07-N08-D, S07-N10-D, S06-N09-D, S08-N09-D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«Обратная связь» в контуре кооперационного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S07-N09-D, S07-N09-R, S07-N08-K, S07-N10-K, S06-N09-K, S08-N09-K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S07-N09-R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«Обратная связь» в контуре кооперационного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S07-N09-D, S07-N09-K, S07-N08-R, S07-N10-R, S06-N09-R, S08-N09-R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S07-N10-D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«Риск» в контуре кооперационного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S07-N10-K, S07-N10-R, S07-N09-D, S07-N11-D, S06-N10-D, S08-N10-D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S07-N10-K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«Риск» в контуре кооперационного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S07-N10-D, S07-N10-R, S07-N09-K, S07-N11-K, S06-N10-K, S08-N10-K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S07-N10-R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«Риск» в контуре кооперационного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S07-N10-D, S07-N10-K, S07-N09-R, S07-N11-R, S06-N10-R, S08-N10-R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«Доверие» в контуре кооперационного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S07-N11-K, S07-N11-R, S07-N10-D, S07-N12-D, S06-N11-D, S08-N11-D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«Доверие» в контуре кооперационного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S07-N11-D, S07-N11-R, S07-N10-K, S07-N12-K, S06-N11-K, S08-N11-K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«Доверие» в контуре кооперационного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S07-N11-D, S07-N11-K, S07-N10-R, S07-N12-R, S06-N11-R, S08-N11-R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«Кооперация» в контуре кооперационного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S07-N12-K, S07-N12-R, S07-N11-D, S07-N13-D, S06-N12-D, S08-N12-D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«Кооперация» в контуре кооперационного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S07-N12-D, S07-N12-R, S07-N11-K, S07-N13-K, S06-N12-K, S08-N12-K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«Кооперация» в контуре кооперационного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S07-N12-D, S07-N12-K, S07-N11-R, S07-N13-R, S06-N12-R, S08-N12-R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«Инфраструктура» в контуре кооперационного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S07-N13-K, S07-N13-R, S07-N12-D, S07-N14-D, S06-N13-D, S08-N13-D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«Инфраструктура» в контуре кооперационного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S07-N13-D, S07-N13-R, S07-N12-K, S07-N14-K, S06-N13-K, S08-N13-K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«Инфраструктура» в контуре кооперационного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S07-N13-D, S07-N13-K, S07-N12-R, S07-N14-R, S06-N13-R, S08-N13-R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«Стандарт» в контуре кооперационного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S07-N14-K, S07-N14-R, S07-N13-D, S07-N15-D, S06-N14-D, S08-N14-D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«Стандарт» в контуре кооперационного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S07-N14-D, S07-N14-R, S07-N13-K, S07-N15-K, S06-N14-K, S08-N14-K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«Стандарт» в контуре кооперационного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S07-N14-D, S07-N14-K, S07-N13-R, S07-N15-R, S06-N14-R, S08-N14-R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«Финансы» в контуре кооперационного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S07-N15-K, S07-N15-R, S07-N14-D, S07-N16-D, S06-N15-D, S08-N15-D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«Финансы» в контуре кооперационного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S07-N15-D, S07-N15-R, S07-N14-K, S07-N16-K, S06-N15-K, S08-N15-K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«Финансы» в контуре кооперационного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S07-N15-D, S07-N15-K, S07-N14-R, S07-N16-R, S06-N15-R, S08-N15-R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«Кадры» в контуре кооперационного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S07-N16-K, S07-N16-R, S07-N15-D, S07-N17-D, S06-N16-D, S08-N16-D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«Кадры» в контуре кооперационного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S07-N16-D, S07-N16-R, S07-N15-K, S07-N17-K, S06-N16-K, S08-N16-K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«Кадры» в контуре кооперационного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S07-N16-D, S07-N16-K, S07-N15-R, S07-N17-R, S06-N16-R, S08-N16-R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«Технология» в контуре кооперационного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S07-N17-K, S07-N17-R, S07-N16-D, S07-N18-D, S06-N17-D, S08-N17-D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«Технология» в контуре кооперационного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S07-N17-D, S07-N17-R, S07-N16-K, S07-N18-K, S06-N17-K, S08-N17-K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«Технология» в контуре кооперационного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S07-N17-D, S07-N17-K, S07-N16-R, S07-N18-R, S06-N17-R, S08-N17-R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«Среда» в контуре кооперационного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S07-N18-K, S07-N18-R, S07-N17-D, S07-N19-D, S06-N18-D, S08-N18-D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«Среда» в контуре кооперационного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S07-N18-D, S07-N18-R, S07-N17-K, S07-N19-K, S06-N18-K, S08-N18-K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«Среда» в контуре кооперационного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S07-N18-D, S07-N18-K, S07-N17-R, S07-N19-R, S06-N18-R, S08-N18-R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«Результат» в контуре кооперационного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S07-N19-K, S07-N19-R, S07-N18-D, S06-N19-D, S08-N19-D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«Результат» в контуре кооперационного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S07-N19-D, S07-N19-R, S07-N18-K, S06-N19-K, S08-N19-K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S07-N19-R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«Результат» в контуре кооперационного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S07-N19-D, S07-N19-K, S07-N18-R, S06-N19-R, S08-N19-R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</w:tbl>
    <w:p>
      <w:r>
        <w:br w:type="page"/>
      </w:r>
    </w:p>
    <w:p>
      <w:pPr>
        <w:pStyle w:val="Heading1"/>
      </w:pPr>
      <w:r>
        <w:t>S08 · Баланс и устойчивость</w:t>
      </w:r>
    </w:p>
    <w:p>
      <w:pPr>
        <w:spacing w:after="80"/>
      </w:pPr>
      <w:r>
        <w:t>Функция семейства: равновесие, устойчивость, адаптация и восстановление. Модулей: 57 (19 узлов × 3 состояния).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72"/>
        <w:gridCol w:w="3272"/>
        <w:gridCol w:w="3272"/>
        <w:gridCol w:w="3272"/>
        <w:gridCol w:w="3272"/>
        <w:gridCol w:w="3272"/>
        <w:gridCol w:w="3272"/>
      </w:tblGrid>
      <w:tr>
        <w:trPr>
          <w:tblHeader w:val="true"/>
        </w:trPr>
        <w:tc>
          <w:tcPr>
            <w:tcW w:type="dxa" w:w="1304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Код</w:t>
            </w:r>
          </w:p>
        </w:tc>
        <w:tc>
          <w:tcPr>
            <w:tcW w:type="dxa" w:w="345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Функция</w:t>
            </w:r>
          </w:p>
        </w:tc>
        <w:tc>
          <w:tcPr>
            <w:tcW w:type="dxa" w:w="3969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Показатели</w:t>
            </w:r>
          </w:p>
        </w:tc>
        <w:tc>
          <w:tcPr>
            <w:tcW w:type="dxa" w:w="4082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Данные</w:t>
            </w:r>
          </w:p>
        </w:tc>
        <w:tc>
          <w:tcPr>
            <w:tcW w:type="dxa" w:w="283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Формула</w:t>
            </w:r>
          </w:p>
        </w:tc>
        <w:tc>
          <w:tcPr>
            <w:tcW w:type="dxa" w:w="379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Связи</w:t>
            </w:r>
          </w:p>
        </w:tc>
        <w:tc>
          <w:tcPr>
            <w:tcW w:type="dxa" w:w="368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Критерии валидации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«Субъект» в контуре устойчивого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S08-N01-K, S08-N01-R, S08-N02-D, S07-N01-D, S09-N01-D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«Субъект» в контуре устойчивого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S08-N01-D, S08-N01-R, S08-N02-K, S07-N01-K, S09-N01-K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«Субъект» в контуре устойчивого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S08-N01-D, S08-N01-K, S08-N02-R, S07-N01-R, S09-N01-R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«Цель» в контуре устойчивого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S08-N02-K, S08-N02-R, S08-N01-D, S08-N03-D, S07-N02-D, S09-N02-D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«Цель» в контуре устойчивого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S08-N02-D, S08-N02-R, S08-N01-K, S08-N03-K, S07-N02-K, S09-N02-K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«Цель» в контуре устойчивого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S08-N02-D, S08-N02-K, S08-N01-R, S08-N03-R, S07-N02-R, S09-N02-R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«Граница» в контуре устойчивого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S08-N03-K, S08-N03-R, S08-N02-D, S08-N04-D, S07-N03-D, S09-N03-D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«Граница» в контуре устойчивого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S08-N03-D, S08-N03-R, S08-N02-K, S08-N04-K, S07-N03-K, S09-N03-K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«Граница» в контуре устойчивого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S08-N03-D, S08-N03-K, S08-N02-R, S08-N04-R, S07-N03-R, S09-N03-R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«Ресурс» в контуре устойчивого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S08-N04-K, S08-N04-R, S08-N03-D, S08-N05-D, S07-N04-D, S09-N04-D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«Ресурс» в контуре устойчивого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S08-N04-D, S08-N04-R, S08-N03-K, S08-N05-K, S07-N04-K, S09-N04-K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«Ресурс» в контуре устойчивого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S08-N04-D, S08-N04-K, S08-N03-R, S08-N05-R, S07-N04-R, S09-N04-R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«Сигнал» в контуре устойчивого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S08-N05-K, S08-N05-R, S08-N04-D, S08-N06-D, S07-N05-D, S09-N05-D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«Сигнал» в контуре устойчивого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S08-N05-D, S08-N05-R, S08-N04-K, S08-N06-K, S07-N05-K, S09-N05-K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«Сигнал» в контуре устойчивого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S08-N05-D, S08-N05-K, S08-N04-R, S08-N06-R, S07-N05-R, S09-N05-R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«Знание» в контуре устойчивого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S08-N06-K, S08-N06-R, S08-N05-D, S08-N07-D, S07-N06-D, S09-N06-D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«Знание» в контуре устойчивого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S08-N06-D, S08-N06-R, S08-N05-K, S08-N07-K, S07-N06-K, S09-N06-K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«Знание» в контуре устойчивого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S08-N06-D, S08-N06-K, S08-N05-R, S08-N07-R, S07-N06-R, S09-N06-R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«Решение» в контуре устойчивого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S08-N07-K, S08-N07-R, S08-N06-D, S08-N08-D, S07-N07-D, S09-N07-D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«Решение» в контуре устойчивого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S08-N07-D, S08-N07-R, S08-N06-K, S08-N08-K, S07-N07-K, S09-N07-K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«Решение» в контуре устойчивого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S08-N07-D, S08-N07-K, S08-N06-R, S08-N08-R, S07-N07-R, S09-N07-R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«Действие» в контуре устойчивого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S08-N08-K, S08-N08-R, S08-N07-D, S08-N09-D, S07-N08-D, S09-N08-D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«Действие» в контуре устойчивого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S08-N08-D, S08-N08-R, S08-N07-K, S08-N09-K, S07-N08-K, S09-N08-K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«Действие» в контуре устойчивого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S08-N08-D, S08-N08-K, S08-N07-R, S08-N09-R, S07-N08-R, S09-N08-R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«Обратная связь» в контуре устойчивого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S08-N09-K, S08-N09-R, S08-N08-D, S08-N10-D, S07-N09-D, S09-N09-D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«Обратная связь» в контуре устойчивого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S08-N09-D, S08-N09-R, S08-N08-K, S08-N10-K, S07-N09-K, S09-N09-K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S08-N09-R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«Обратная связь» в контуре устойчивого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S08-N09-D, S08-N09-K, S08-N08-R, S08-N10-R, S07-N09-R, S09-N09-R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S08-N10-D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«Риск» в контуре устойчивого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S08-N10-K, S08-N10-R, S08-N09-D, S08-N11-D, S07-N10-D, S09-N10-D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S08-N10-K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«Риск» в контуре устойчивого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S08-N10-D, S08-N10-R, S08-N09-K, S08-N11-K, S07-N10-K, S09-N10-K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S08-N10-R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«Риск» в контуре устойчивого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S08-N10-D, S08-N10-K, S08-N09-R, S08-N11-R, S07-N10-R, S09-N10-R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«Доверие» в контуре устойчивого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S08-N11-K, S08-N11-R, S08-N10-D, S08-N12-D, S07-N11-D, S09-N11-D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«Доверие» в контуре устойчивого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S08-N11-D, S08-N11-R, S08-N10-K, S08-N12-K, S07-N11-K, S09-N11-K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«Доверие» в контуре устойчивого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S08-N11-D, S08-N11-K, S08-N10-R, S08-N12-R, S07-N11-R, S09-N11-R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«Кооперация» в контуре устойчивого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S08-N12-K, S08-N12-R, S08-N11-D, S08-N13-D, S07-N12-D, S09-N12-D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«Кооперация» в контуре устойчивого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S08-N12-D, S08-N12-R, S08-N11-K, S08-N13-K, S07-N12-K, S09-N12-K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«Кооперация» в контуре устойчивого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S08-N12-D, S08-N12-K, S08-N11-R, S08-N13-R, S07-N12-R, S09-N12-R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«Инфраструктура» в контуре устойчивого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S08-N13-K, S08-N13-R, S08-N12-D, S08-N14-D, S07-N13-D, S09-N13-D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«Инфраструктура» в контуре устойчивого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S08-N13-D, S08-N13-R, S08-N12-K, S08-N14-K, S07-N13-K, S09-N13-K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«Инфраструктура» в контуре устойчивого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S08-N13-D, S08-N13-K, S08-N12-R, S08-N14-R, S07-N13-R, S09-N13-R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«Стандарт» в контуре устойчивого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S08-N14-K, S08-N14-R, S08-N13-D, S08-N15-D, S07-N14-D, S09-N14-D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«Стандарт» в контуре устойчивого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S08-N14-D, S08-N14-R, S08-N13-K, S08-N15-K, S07-N14-K, S09-N14-K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«Стандарт» в контуре устойчивого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S08-N14-D, S08-N14-K, S08-N13-R, S08-N15-R, S07-N14-R, S09-N14-R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«Финансы» в контуре устойчивого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S08-N15-K, S08-N15-R, S08-N14-D, S08-N16-D, S07-N15-D, S09-N15-D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«Финансы» в контуре устойчивого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S08-N15-D, S08-N15-R, S08-N14-K, S08-N16-K, S07-N15-K, S09-N15-K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«Финансы» в контуре устойчивого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S08-N15-D, S08-N15-K, S08-N14-R, S08-N16-R, S07-N15-R, S09-N15-R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«Кадры» в контуре устойчивого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S08-N16-K, S08-N16-R, S08-N15-D, S08-N17-D, S07-N16-D, S09-N16-D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«Кадры» в контуре устойчивого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S08-N16-D, S08-N16-R, S08-N15-K, S08-N17-K, S07-N16-K, S09-N16-K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«Кадры» в контуре устойчивого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S08-N16-D, S08-N16-K, S08-N15-R, S08-N17-R, S07-N16-R, S09-N16-R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«Технология» в контуре устойчивого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S08-N17-K, S08-N17-R, S08-N16-D, S08-N18-D, S07-N17-D, S09-N17-D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«Технология» в контуре устойчивого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S08-N17-D, S08-N17-R, S08-N16-K, S08-N18-K, S07-N17-K, S09-N17-K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«Технология» в контуре устойчивого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S08-N17-D, S08-N17-K, S08-N16-R, S08-N18-R, S07-N17-R, S09-N17-R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«Среда» в контуре устойчивого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S08-N18-K, S08-N18-R, S08-N17-D, S08-N19-D, S07-N18-D, S09-N18-D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«Среда» в контуре устойчивого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S08-N18-D, S08-N18-R, S08-N17-K, S08-N19-K, S07-N18-K, S09-N18-K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«Среда» в контуре устойчивого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S08-N18-D, S08-N18-K, S08-N17-R, S08-N19-R, S07-N18-R, S09-N18-R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«Результат» в контуре устойчивого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S08-N19-K, S08-N19-R, S08-N18-D, S07-N19-D, S09-N19-D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«Результат» в контуре устойчивого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S08-N19-D, S08-N19-R, S08-N18-K, S07-N19-K, S09-N19-K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S08-N19-R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«Результат» в контуре устойчивого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S08-N19-D, S08-N19-K, S08-N18-R, S07-N19-R, S09-N19-R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</w:tbl>
    <w:p>
      <w:r>
        <w:br w:type="page"/>
      </w:r>
    </w:p>
    <w:p>
      <w:pPr>
        <w:pStyle w:val="Heading1"/>
      </w:pPr>
      <w:r>
        <w:t>S09 · Эволюция и инновации</w:t>
      </w:r>
    </w:p>
    <w:p>
      <w:pPr>
        <w:spacing w:after="80"/>
      </w:pPr>
      <w:r>
        <w:t>Функция семейства: обновление, эксперименты, НИОКР и масштабирование. Модулей: 57 (19 узлов × 3 состояния).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72"/>
        <w:gridCol w:w="3272"/>
        <w:gridCol w:w="3272"/>
        <w:gridCol w:w="3272"/>
        <w:gridCol w:w="3272"/>
        <w:gridCol w:w="3272"/>
        <w:gridCol w:w="3272"/>
      </w:tblGrid>
      <w:tr>
        <w:trPr>
          <w:tblHeader w:val="true"/>
        </w:trPr>
        <w:tc>
          <w:tcPr>
            <w:tcW w:type="dxa" w:w="1304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Код</w:t>
            </w:r>
          </w:p>
        </w:tc>
        <w:tc>
          <w:tcPr>
            <w:tcW w:type="dxa" w:w="345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Функция</w:t>
            </w:r>
          </w:p>
        </w:tc>
        <w:tc>
          <w:tcPr>
            <w:tcW w:type="dxa" w:w="3969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Показатели</w:t>
            </w:r>
          </w:p>
        </w:tc>
        <w:tc>
          <w:tcPr>
            <w:tcW w:type="dxa" w:w="4082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Данные</w:t>
            </w:r>
          </w:p>
        </w:tc>
        <w:tc>
          <w:tcPr>
            <w:tcW w:type="dxa" w:w="283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Формула</w:t>
            </w:r>
          </w:p>
        </w:tc>
        <w:tc>
          <w:tcPr>
            <w:tcW w:type="dxa" w:w="379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Связи</w:t>
            </w:r>
          </w:p>
        </w:tc>
        <w:tc>
          <w:tcPr>
            <w:tcW w:type="dxa" w:w="368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Критерии валидации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«Субъект» в контуре эволюционного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S09-N01-K, S09-N01-R, S09-N02-D, S08-N01-D, S10-N01-D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«Субъект» в контуре эволюционного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S09-N01-D, S09-N01-R, S09-N02-K, S08-N01-K, S10-N01-K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«Субъект» в контуре эволюционного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S09-N01-D, S09-N01-K, S09-N02-R, S08-N01-R, S10-N01-R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«Цель» в контуре эволюционного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S09-N02-K, S09-N02-R, S09-N01-D, S09-N03-D, S08-N02-D, S10-N02-D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«Цель» в контуре эволюционного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S09-N02-D, S09-N02-R, S09-N01-K, S09-N03-K, S08-N02-K, S10-N02-K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«Цель» в контуре эволюционного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S09-N02-D, S09-N02-K, S09-N01-R, S09-N03-R, S08-N02-R, S10-N02-R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«Граница» в контуре эволюционного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S09-N03-K, S09-N03-R, S09-N02-D, S09-N04-D, S08-N03-D, S10-N03-D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«Граница» в контуре эволюционного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S09-N03-D, S09-N03-R, S09-N02-K, S09-N04-K, S08-N03-K, S10-N03-K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«Граница» в контуре эволюционного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S09-N03-D, S09-N03-K, S09-N02-R, S09-N04-R, S08-N03-R, S10-N03-R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«Ресурс» в контуре эволюционного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S09-N04-K, S09-N04-R, S09-N03-D, S09-N05-D, S08-N04-D, S10-N04-D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«Ресурс» в контуре эволюционного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S09-N04-D, S09-N04-R, S09-N03-K, S09-N05-K, S08-N04-K, S10-N04-K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«Ресурс» в контуре эволюционного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S09-N04-D, S09-N04-K, S09-N03-R, S09-N05-R, S08-N04-R, S10-N04-R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«Сигнал» в контуре эволюционного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S09-N05-K, S09-N05-R, S09-N04-D, S09-N06-D, S08-N05-D, S10-N05-D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«Сигнал» в контуре эволюционного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S09-N05-D, S09-N05-R, S09-N04-K, S09-N06-K, S08-N05-K, S10-N05-K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«Сигнал» в контуре эволюционного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S09-N05-D, S09-N05-K, S09-N04-R, S09-N06-R, S08-N05-R, S10-N05-R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«Знание» в контуре эволюционного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S09-N06-K, S09-N06-R, S09-N05-D, S09-N07-D, S08-N06-D, S10-N06-D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«Знание» в контуре эволюционного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S09-N06-D, S09-N06-R, S09-N05-K, S09-N07-K, S08-N06-K, S10-N06-K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«Знание» в контуре эволюционного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S09-N06-D, S09-N06-K, S09-N05-R, S09-N07-R, S08-N06-R, S10-N06-R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«Решение» в контуре эволюционного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S09-N07-K, S09-N07-R, S09-N06-D, S09-N08-D, S08-N07-D, S10-N07-D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«Решение» в контуре эволюционного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S09-N07-D, S09-N07-R, S09-N06-K, S09-N08-K, S08-N07-K, S10-N07-K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«Решение» в контуре эволюционного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S09-N07-D, S09-N07-K, S09-N06-R, S09-N08-R, S08-N07-R, S10-N07-R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«Действие» в контуре эволюционного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S09-N08-K, S09-N08-R, S09-N07-D, S09-N09-D, S08-N08-D, S10-N08-D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«Действие» в контуре эволюционного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S09-N08-D, S09-N08-R, S09-N07-K, S09-N09-K, S08-N08-K, S10-N08-K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«Действие» в контуре эволюционного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S09-N08-D, S09-N08-K, S09-N07-R, S09-N09-R, S08-N08-R, S10-N08-R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«Обратная связь» в контуре эволюционного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S09-N09-K, S09-N09-R, S09-N08-D, S09-N10-D, S08-N09-D, S10-N09-D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«Обратная связь» в контуре эволюционного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S09-N09-D, S09-N09-R, S09-N08-K, S09-N10-K, S08-N09-K, S10-N09-K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S09-N09-R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«Обратная связь» в контуре эволюционного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S09-N09-D, S09-N09-K, S09-N08-R, S09-N10-R, S08-N09-R, S10-N09-R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S09-N10-D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«Риск» в контуре эволюционного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S09-N10-K, S09-N10-R, S09-N09-D, S09-N11-D, S08-N10-D, S10-N10-D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S09-N10-K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«Риск» в контуре эволюционного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S09-N10-D, S09-N10-R, S09-N09-K, S09-N11-K, S08-N10-K, S10-N10-K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S09-N10-R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«Риск» в контуре эволюционного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S09-N10-D, S09-N10-K, S09-N09-R, S09-N11-R, S08-N10-R, S10-N10-R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«Доверие» в контуре эволюционного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S09-N11-K, S09-N11-R, S09-N10-D, S09-N12-D, S08-N11-D, S10-N11-D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«Доверие» в контуре эволюционного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S09-N11-D, S09-N11-R, S09-N10-K, S09-N12-K, S08-N11-K, S10-N11-K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«Доверие» в контуре эволюционного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S09-N11-D, S09-N11-K, S09-N10-R, S09-N12-R, S08-N11-R, S10-N11-R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«Кооперация» в контуре эволюционного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S09-N12-K, S09-N12-R, S09-N11-D, S09-N13-D, S08-N12-D, S10-N12-D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«Кооперация» в контуре эволюционного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S09-N12-D, S09-N12-R, S09-N11-K, S09-N13-K, S08-N12-K, S10-N12-K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«Кооперация» в контуре эволюционного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S09-N12-D, S09-N12-K, S09-N11-R, S09-N13-R, S08-N12-R, S10-N12-R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«Инфраструктура» в контуре эволюционного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S09-N13-K, S09-N13-R, S09-N12-D, S09-N14-D, S08-N13-D, S10-N13-D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«Инфраструктура» в контуре эволюционного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S09-N13-D, S09-N13-R, S09-N12-K, S09-N14-K, S08-N13-K, S10-N13-K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«Инфраструктура» в контуре эволюционного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S09-N13-D, S09-N13-K, S09-N12-R, S09-N14-R, S08-N13-R, S10-N13-R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«Стандарт» в контуре эволюционного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S09-N14-K, S09-N14-R, S09-N13-D, S09-N15-D, S08-N14-D, S10-N14-D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«Стандарт» в контуре эволюционного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S09-N14-D, S09-N14-R, S09-N13-K, S09-N15-K, S08-N14-K, S10-N14-K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«Стандарт» в контуре эволюционного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S09-N14-D, S09-N14-K, S09-N13-R, S09-N15-R, S08-N14-R, S10-N14-R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«Финансы» в контуре эволюционного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S09-N15-K, S09-N15-R, S09-N14-D, S09-N16-D, S08-N15-D, S10-N15-D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«Финансы» в контуре эволюционного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S09-N15-D, S09-N15-R, S09-N14-K, S09-N16-K, S08-N15-K, S10-N15-K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«Финансы» в контуре эволюционного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S09-N15-D, S09-N15-K, S09-N14-R, S09-N16-R, S08-N15-R, S10-N15-R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«Кадры» в контуре эволюционного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S09-N16-K, S09-N16-R, S09-N15-D, S09-N17-D, S08-N16-D, S10-N16-D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«Кадры» в контуре эволюционного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S09-N16-D, S09-N16-R, S09-N15-K, S09-N17-K, S08-N16-K, S10-N16-K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«Кадры» в контуре эволюционного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S09-N16-D, S09-N16-K, S09-N15-R, S09-N17-R, S08-N16-R, S10-N16-R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«Технология» в контуре эволюционного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S09-N17-K, S09-N17-R, S09-N16-D, S09-N18-D, S08-N17-D, S10-N17-D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«Технология» в контуре эволюционного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S09-N17-D, S09-N17-R, S09-N16-K, S09-N18-K, S08-N17-K, S10-N17-K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«Технология» в контуре эволюционного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S09-N17-D, S09-N17-K, S09-N16-R, S09-N18-R, S08-N17-R, S10-N17-R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«Среда» в контуре эволюционного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S09-N18-K, S09-N18-R, S09-N17-D, S09-N19-D, S08-N18-D, S10-N18-D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«Среда» в контуре эволюционного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S09-N18-D, S09-N18-R, S09-N17-K, S09-N19-K, S08-N18-K, S10-N18-K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«Среда» в контуре эволюционного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S09-N18-D, S09-N18-K, S09-N17-R, S09-N19-R, S08-N18-R, S10-N18-R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«Результат» в контуре эволюционного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S09-N19-K, S09-N19-R, S09-N18-D, S08-N19-D, S10-N19-D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«Результат» в контуре эволюционного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S09-N19-D, S09-N19-R, S09-N18-K, S08-N19-K, S10-N19-K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S09-N19-R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«Результат» в контуре эволюционного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S09-N19-D, S09-N19-K, S09-N18-R, S08-N19-R, S10-N19-R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</w:tbl>
    <w:p>
      <w:r>
        <w:br w:type="page"/>
      </w:r>
    </w:p>
    <w:p>
      <w:pPr>
        <w:pStyle w:val="Heading1"/>
      </w:pPr>
      <w:r>
        <w:t>S10 · Созидание и производство</w:t>
      </w:r>
    </w:p>
    <w:p>
      <w:pPr>
        <w:spacing w:after="80"/>
      </w:pPr>
      <w:r>
        <w:t>Функция семейства: создание ценности, производство, сервисы и инфраструктура исполнения. Модулей: 57 (19 узлов × 3 состояния).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72"/>
        <w:gridCol w:w="3272"/>
        <w:gridCol w:w="3272"/>
        <w:gridCol w:w="3272"/>
        <w:gridCol w:w="3272"/>
        <w:gridCol w:w="3272"/>
        <w:gridCol w:w="3272"/>
      </w:tblGrid>
      <w:tr>
        <w:trPr>
          <w:tblHeader w:val="true"/>
        </w:trPr>
        <w:tc>
          <w:tcPr>
            <w:tcW w:type="dxa" w:w="1304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Код</w:t>
            </w:r>
          </w:p>
        </w:tc>
        <w:tc>
          <w:tcPr>
            <w:tcW w:type="dxa" w:w="345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Функция</w:t>
            </w:r>
          </w:p>
        </w:tc>
        <w:tc>
          <w:tcPr>
            <w:tcW w:type="dxa" w:w="3969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Показатели</w:t>
            </w:r>
          </w:p>
        </w:tc>
        <w:tc>
          <w:tcPr>
            <w:tcW w:type="dxa" w:w="4082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Данные</w:t>
            </w:r>
          </w:p>
        </w:tc>
        <w:tc>
          <w:tcPr>
            <w:tcW w:type="dxa" w:w="283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Формула</w:t>
            </w:r>
          </w:p>
        </w:tc>
        <w:tc>
          <w:tcPr>
            <w:tcW w:type="dxa" w:w="379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Связи</w:t>
            </w:r>
          </w:p>
        </w:tc>
        <w:tc>
          <w:tcPr>
            <w:tcW w:type="dxa" w:w="368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Критерии валидации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«Субъект» в контуре созидательного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S10-N01-K, S10-N01-R, S10-N02-D, S09-N01-D, S11-N01-D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«Субъект» в контуре созидательного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S10-N01-D, S10-N01-R, S10-N02-K, S09-N01-K, S11-N01-K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«Субъект» в контуре созидательного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S10-N01-D, S10-N01-K, S10-N02-R, S09-N01-R, S11-N01-R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«Цель» в контуре созидательного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S10-N02-K, S10-N02-R, S10-N01-D, S10-N03-D, S09-N02-D, S11-N02-D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«Цель» в контуре созидательного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S10-N02-D, S10-N02-R, S10-N01-K, S10-N03-K, S09-N02-K, S11-N02-K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«Цель» в контуре созидательного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S10-N02-D, S10-N02-K, S10-N01-R, S10-N03-R, S09-N02-R, S11-N02-R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«Граница» в контуре созидательного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S10-N03-K, S10-N03-R, S10-N02-D, S10-N04-D, S09-N03-D, S11-N03-D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«Граница» в контуре созидательного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S10-N03-D, S10-N03-R, S10-N02-K, S10-N04-K, S09-N03-K, S11-N03-K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«Граница» в контуре созидательного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S10-N03-D, S10-N03-K, S10-N02-R, S10-N04-R, S09-N03-R, S11-N03-R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«Ресурс» в контуре созидательного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S10-N04-K, S10-N04-R, S10-N03-D, S10-N05-D, S09-N04-D, S11-N04-D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«Ресурс» в контуре созидательного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S10-N04-D, S10-N04-R, S10-N03-K, S10-N05-K, S09-N04-K, S11-N04-K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«Ресурс» в контуре созидательного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S10-N04-D, S10-N04-K, S10-N03-R, S10-N05-R, S09-N04-R, S11-N04-R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«Сигнал» в контуре созидательного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S10-N05-K, S10-N05-R, S10-N04-D, S10-N06-D, S09-N05-D, S11-N05-D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«Сигнал» в контуре созидательного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S10-N05-D, S10-N05-R, S10-N04-K, S10-N06-K, S09-N05-K, S11-N05-K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«Сигнал» в контуре созидательного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S10-N05-D, S10-N05-K, S10-N04-R, S10-N06-R, S09-N05-R, S11-N05-R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«Знание» в контуре созидательного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S10-N06-K, S10-N06-R, S10-N05-D, S10-N07-D, S09-N06-D, S11-N06-D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«Знание» в контуре созидательного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S10-N06-D, S10-N06-R, S10-N05-K, S10-N07-K, S09-N06-K, S11-N06-K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«Знание» в контуре созидательного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S10-N06-D, S10-N06-K, S10-N05-R, S10-N07-R, S09-N06-R, S11-N06-R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«Решение» в контуре созидательного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S10-N07-K, S10-N07-R, S10-N06-D, S10-N08-D, S09-N07-D, S11-N07-D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«Решение» в контуре созидательного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S10-N07-D, S10-N07-R, S10-N06-K, S10-N08-K, S09-N07-K, S11-N07-K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«Решение» в контуре созидательного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S10-N07-D, S10-N07-K, S10-N06-R, S10-N08-R, S09-N07-R, S11-N07-R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«Действие» в контуре созидательного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S10-N08-K, S10-N08-R, S10-N07-D, S10-N09-D, S09-N08-D, S11-N08-D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«Действие» в контуре созидательного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S10-N08-D, S10-N08-R, S10-N07-K, S10-N09-K, S09-N08-K, S11-N08-K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«Действие» в контуре созидательного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S10-N08-D, S10-N08-K, S10-N07-R, S10-N09-R, S09-N08-R, S11-N08-R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«Обратная связь» в контуре созидательного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S10-N09-K, S10-N09-R, S10-N08-D, S10-N10-D, S09-N09-D, S11-N09-D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«Обратная связь» в контуре созидательного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S10-N09-D, S10-N09-R, S10-N08-K, S10-N10-K, S09-N09-K, S11-N09-K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S10-N09-R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«Обратная связь» в контуре созидательного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S10-N09-D, S10-N09-K, S10-N08-R, S10-N10-R, S09-N09-R, S11-N09-R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S10-N10-D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«Риск» в контуре созидательного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S10-N10-K, S10-N10-R, S10-N09-D, S10-N11-D, S09-N10-D, S11-N10-D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S10-N10-K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«Риск» в контуре созидательного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S10-N10-D, S10-N10-R, S10-N09-K, S10-N11-K, S09-N10-K, S11-N10-K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S10-N10-R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«Риск» в контуре созидательного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S10-N10-D, S10-N10-K, S10-N09-R, S10-N11-R, S09-N10-R, S11-N10-R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«Доверие» в контуре созидательного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S10-N11-K, S10-N11-R, S10-N10-D, S10-N12-D, S09-N11-D, S11-N11-D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«Доверие» в контуре созидательного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S10-N11-D, S10-N11-R, S10-N10-K, S10-N12-K, S09-N11-K, S11-N11-K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«Доверие» в контуре созидательного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S10-N11-D, S10-N11-K, S10-N10-R, S10-N12-R, S09-N11-R, S11-N11-R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«Кооперация» в контуре созидательного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S10-N12-K, S10-N12-R, S10-N11-D, S10-N13-D, S09-N12-D, S11-N12-D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«Кооперация» в контуре созидательного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S10-N12-D, S10-N12-R, S10-N11-K, S10-N13-K, S09-N12-K, S11-N12-K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«Кооперация» в контуре созидательного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S10-N12-D, S10-N12-K, S10-N11-R, S10-N13-R, S09-N12-R, S11-N12-R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«Инфраструктура» в контуре созидательного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S10-N13-K, S10-N13-R, S10-N12-D, S10-N14-D, S09-N13-D, S11-N13-D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«Инфраструктура» в контуре созидательного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S10-N13-D, S10-N13-R, S10-N12-K, S10-N14-K, S09-N13-K, S11-N13-K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«Инфраструктура» в контуре созидательного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S10-N13-D, S10-N13-K, S10-N12-R, S10-N14-R, S09-N13-R, S11-N13-R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«Стандарт» в контуре созидательного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S10-N14-K, S10-N14-R, S10-N13-D, S10-N15-D, S09-N14-D, S11-N14-D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«Стандарт» в контуре созидательного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S10-N14-D, S10-N14-R, S10-N13-K, S10-N15-K, S09-N14-K, S11-N14-K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«Стандарт» в контуре созидательного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S10-N14-D, S10-N14-K, S10-N13-R, S10-N15-R, S09-N14-R, S11-N14-R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«Финансы» в контуре созидательного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S10-N15-K, S10-N15-R, S10-N14-D, S10-N16-D, S09-N15-D, S11-N15-D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«Финансы» в контуре созидательного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S10-N15-D, S10-N15-R, S10-N14-K, S10-N16-K, S09-N15-K, S11-N15-K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«Финансы» в контуре созидательного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S10-N15-D, S10-N15-K, S10-N14-R, S10-N16-R, S09-N15-R, S11-N15-R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«Кадры» в контуре созидательного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S10-N16-K, S10-N16-R, S10-N15-D, S10-N17-D, S09-N16-D, S11-N16-D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«Кадры» в контуре созидательного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S10-N16-D, S10-N16-R, S10-N15-K, S10-N17-K, S09-N16-K, S11-N16-K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«Кадры» в контуре созидательного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S10-N16-D, S10-N16-K, S10-N15-R, S10-N17-R, S09-N16-R, S11-N16-R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«Технология» в контуре созидательного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S10-N17-K, S10-N17-R, S10-N16-D, S10-N18-D, S09-N17-D, S11-N17-D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«Технология» в контуре созидательного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S10-N17-D, S10-N17-R, S10-N16-K, S10-N18-K, S09-N17-K, S11-N17-K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«Технология» в контуре созидательного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S10-N17-D, S10-N17-K, S10-N16-R, S10-N18-R, S09-N17-R, S11-N17-R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«Среда» в контуре созидательного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S10-N18-K, S10-N18-R, S10-N17-D, S10-N19-D, S09-N18-D, S11-N18-D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«Среда» в контуре созидательного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S10-N18-D, S10-N18-R, S10-N17-K, S10-N19-K, S09-N18-K, S11-N18-K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«Среда» в контуре созидательного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S10-N18-D, S10-N18-K, S10-N17-R, S10-N19-R, S09-N18-R, S11-N18-R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«Результат» в контуре созидательного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S10-N19-K, S10-N19-R, S10-N18-D, S09-N19-D, S11-N19-D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«Результат» в контуре созидательного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S10-N19-D, S10-N19-R, S10-N18-K, S09-N19-K, S11-N19-K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S10-N19-R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«Результат» в контуре созидательного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S10-N19-D, S10-N19-K, S10-N18-R, S09-N19-R, S11-N19-R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</w:tbl>
    <w:p>
      <w:r>
        <w:br w:type="page"/>
      </w:r>
    </w:p>
    <w:p>
      <w:pPr>
        <w:pStyle w:val="Heading1"/>
      </w:pPr>
      <w:r>
        <w:t>S11 · Навигация и стратегия</w:t>
      </w:r>
    </w:p>
    <w:p>
      <w:pPr>
        <w:spacing w:after="80"/>
      </w:pPr>
      <w:r>
        <w:t>Функция семейства: приоритеты, маршруты, портфели решений и стратегический выбор. Модулей: 57 (19 узлов × 3 состояния).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72"/>
        <w:gridCol w:w="3272"/>
        <w:gridCol w:w="3272"/>
        <w:gridCol w:w="3272"/>
        <w:gridCol w:w="3272"/>
        <w:gridCol w:w="3272"/>
        <w:gridCol w:w="3272"/>
      </w:tblGrid>
      <w:tr>
        <w:trPr>
          <w:tblHeader w:val="true"/>
        </w:trPr>
        <w:tc>
          <w:tcPr>
            <w:tcW w:type="dxa" w:w="1304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Код</w:t>
            </w:r>
          </w:p>
        </w:tc>
        <w:tc>
          <w:tcPr>
            <w:tcW w:type="dxa" w:w="345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Функция</w:t>
            </w:r>
          </w:p>
        </w:tc>
        <w:tc>
          <w:tcPr>
            <w:tcW w:type="dxa" w:w="3969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Показатели</w:t>
            </w:r>
          </w:p>
        </w:tc>
        <w:tc>
          <w:tcPr>
            <w:tcW w:type="dxa" w:w="4082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Данные</w:t>
            </w:r>
          </w:p>
        </w:tc>
        <w:tc>
          <w:tcPr>
            <w:tcW w:type="dxa" w:w="283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Формула</w:t>
            </w:r>
          </w:p>
        </w:tc>
        <w:tc>
          <w:tcPr>
            <w:tcW w:type="dxa" w:w="379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Связи</w:t>
            </w:r>
          </w:p>
        </w:tc>
        <w:tc>
          <w:tcPr>
            <w:tcW w:type="dxa" w:w="368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Критерии валидации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«Субъект» в контуре стратегического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S11-N01-K, S11-N01-R, S11-N02-D, S10-N01-D, S12-N01-D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«Субъект» в контуре стратегического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S11-N01-D, S11-N01-R, S11-N02-K, S10-N01-K, S12-N01-K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«Субъект» в контуре стратегического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S11-N01-D, S11-N01-K, S11-N02-R, S10-N01-R, S12-N01-R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«Цель» в контуре стратегического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S11-N02-K, S11-N02-R, S11-N01-D, S11-N03-D, S10-N02-D, S12-N02-D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«Цель» в контуре стратегического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S11-N02-D, S11-N02-R, S11-N01-K, S11-N03-K, S10-N02-K, S12-N02-K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«Цель» в контуре стратегического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S11-N02-D, S11-N02-K, S11-N01-R, S11-N03-R, S10-N02-R, S12-N02-R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«Граница» в контуре стратегического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S11-N03-K, S11-N03-R, S11-N02-D, S11-N04-D, S10-N03-D, S12-N03-D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«Граница» в контуре стратегического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S11-N03-D, S11-N03-R, S11-N02-K, S11-N04-K, S10-N03-K, S12-N03-K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«Граница» в контуре стратегического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S11-N03-D, S11-N03-K, S11-N02-R, S11-N04-R, S10-N03-R, S12-N03-R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«Ресурс» в контуре стратегического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S11-N04-K, S11-N04-R, S11-N03-D, S11-N05-D, S10-N04-D, S12-N04-D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«Ресурс» в контуре стратегического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S11-N04-D, S11-N04-R, S11-N03-K, S11-N05-K, S10-N04-K, S12-N04-K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«Ресурс» в контуре стратегического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S11-N04-D, S11-N04-K, S11-N03-R, S11-N05-R, S10-N04-R, S12-N04-R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«Сигнал» в контуре стратегического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S11-N05-K, S11-N05-R, S11-N04-D, S11-N06-D, S10-N05-D, S12-N05-D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«Сигнал» в контуре стратегического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S11-N05-D, S11-N05-R, S11-N04-K, S11-N06-K, S10-N05-K, S12-N05-K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«Сигнал» в контуре стратегического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S11-N05-D, S11-N05-K, S11-N04-R, S11-N06-R, S10-N05-R, S12-N05-R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«Знание» в контуре стратегического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S11-N06-K, S11-N06-R, S11-N05-D, S11-N07-D, S10-N06-D, S12-N06-D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«Знание» в контуре стратегического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S11-N06-D, S11-N06-R, S11-N05-K, S11-N07-K, S10-N06-K, S12-N06-K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«Знание» в контуре стратегического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S11-N06-D, S11-N06-K, S11-N05-R, S11-N07-R, S10-N06-R, S12-N06-R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«Решение» в контуре стратегического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S11-N07-K, S11-N07-R, S11-N06-D, S11-N08-D, S10-N07-D, S12-N07-D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«Решение» в контуре стратегического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S11-N07-D, S11-N07-R, S11-N06-K, S11-N08-K, S10-N07-K, S12-N07-K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«Решение» в контуре стратегического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S11-N07-D, S11-N07-K, S11-N06-R, S11-N08-R, S10-N07-R, S12-N07-R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«Действие» в контуре стратегического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S11-N08-K, S11-N08-R, S11-N07-D, S11-N09-D, S10-N08-D, S12-N08-D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«Действие» в контуре стратегического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S11-N08-D, S11-N08-R, S11-N07-K, S11-N09-K, S10-N08-K, S12-N08-K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«Действие» в контуре стратегического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S11-N08-D, S11-N08-K, S11-N07-R, S11-N09-R, S10-N08-R, S12-N08-R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«Обратная связь» в контуре стратегического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S11-N09-K, S11-N09-R, S11-N08-D, S11-N10-D, S10-N09-D, S12-N09-D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«Обратная связь» в контуре стратегического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S11-N09-D, S11-N09-R, S11-N08-K, S11-N10-K, S10-N09-K, S12-N09-K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S11-N09-R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«Обратная связь» в контуре стратегического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S11-N09-D, S11-N09-K, S11-N08-R, S11-N10-R, S10-N09-R, S12-N09-R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S11-N10-D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«Риск» в контуре стратегического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S11-N10-K, S11-N10-R, S11-N09-D, S11-N11-D, S10-N10-D, S12-N10-D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S11-N10-K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«Риск» в контуре стратегического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S11-N10-D, S11-N10-R, S11-N09-K, S11-N11-K, S10-N10-K, S12-N10-K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S11-N10-R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«Риск» в контуре стратегического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S11-N10-D, S11-N10-K, S11-N09-R, S11-N11-R, S10-N10-R, S12-N10-R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«Доверие» в контуре стратегического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S11-N11-K, S11-N11-R, S11-N10-D, S11-N12-D, S10-N11-D, S12-N11-D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«Доверие» в контуре стратегического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S11-N11-D, S11-N11-R, S11-N10-K, S11-N12-K, S10-N11-K, S12-N11-K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«Доверие» в контуре стратегического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S11-N11-D, S11-N11-K, S11-N10-R, S11-N12-R, S10-N11-R, S12-N11-R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«Кооперация» в контуре стратегического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S11-N12-K, S11-N12-R, S11-N11-D, S11-N13-D, S10-N12-D, S12-N12-D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«Кооперация» в контуре стратегического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S11-N12-D, S11-N12-R, S11-N11-K, S11-N13-K, S10-N12-K, S12-N12-K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«Кооперация» в контуре стратегического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S11-N12-D, S11-N12-K, S11-N11-R, S11-N13-R, S10-N12-R, S12-N12-R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«Инфраструктура» в контуре стратегического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S11-N13-K, S11-N13-R, S11-N12-D, S11-N14-D, S10-N13-D, S12-N13-D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«Инфраструктура» в контуре стратегического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S11-N13-D, S11-N13-R, S11-N12-K, S11-N14-K, S10-N13-K, S12-N13-K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«Инфраструктура» в контуре стратегического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S11-N13-D, S11-N13-K, S11-N12-R, S11-N14-R, S10-N13-R, S12-N13-R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«Стандарт» в контуре стратегического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S11-N14-K, S11-N14-R, S11-N13-D, S11-N15-D, S10-N14-D, S12-N14-D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«Стандарт» в контуре стратегического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S11-N14-D, S11-N14-R, S11-N13-K, S11-N15-K, S10-N14-K, S12-N14-K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«Стандарт» в контуре стратегического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S11-N14-D, S11-N14-K, S11-N13-R, S11-N15-R, S10-N14-R, S12-N14-R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«Финансы» в контуре стратегического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S11-N15-K, S11-N15-R, S11-N14-D, S11-N16-D, S10-N15-D, S12-N15-D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«Финансы» в контуре стратегического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S11-N15-D, S11-N15-R, S11-N14-K, S11-N16-K, S10-N15-K, S12-N15-K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«Финансы» в контуре стратегического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S11-N15-D, S11-N15-K, S11-N14-R, S11-N16-R, S10-N15-R, S12-N15-R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«Кадры» в контуре стратегического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S11-N16-K, S11-N16-R, S11-N15-D, S11-N17-D, S10-N16-D, S12-N16-D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«Кадры» в контуре стратегического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S11-N16-D, S11-N16-R, S11-N15-K, S11-N17-K, S10-N16-K, S12-N16-K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«Кадры» в контуре стратегического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S11-N16-D, S11-N16-K, S11-N15-R, S11-N17-R, S10-N16-R, S12-N16-R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«Технология» в контуре стратегического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S11-N17-K, S11-N17-R, S11-N16-D, S11-N18-D, S10-N17-D, S12-N17-D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«Технология» в контуре стратегического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S11-N17-D, S11-N17-R, S11-N16-K, S11-N18-K, S10-N17-K, S12-N17-K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«Технология» в контуре стратегического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S11-N17-D, S11-N17-K, S11-N16-R, S11-N18-R, S10-N17-R, S12-N17-R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«Среда» в контуре стратегического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S11-N18-K, S11-N18-R, S11-N17-D, S11-N19-D, S10-N18-D, S12-N18-D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«Среда» в контуре стратегического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S11-N18-D, S11-N18-R, S11-N17-K, S11-N19-K, S10-N18-K, S12-N18-K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«Среда» в контуре стратегического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S11-N18-D, S11-N18-K, S11-N17-R, S11-N19-R, S10-N18-R, S12-N18-R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«Результат» в контуре стратегического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S11-N19-K, S11-N19-R, S11-N18-D, S10-N19-D, S12-N19-D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«Результат» в контуре стратегического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S11-N19-D, S11-N19-R, S11-N18-K, S10-N19-K, S12-N19-K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S11-N19-R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«Результат» в контуре стратегического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S11-N19-D, S11-N19-K, S11-N18-R, S10-N19-R, S12-N19-R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</w:tbl>
    <w:p>
      <w:r>
        <w:br w:type="page"/>
      </w:r>
    </w:p>
    <w:p>
      <w:pPr>
        <w:pStyle w:val="Heading1"/>
      </w:pPr>
      <w:r>
        <w:t>S12 · Жизнь и экология</w:t>
      </w:r>
    </w:p>
    <w:p>
      <w:pPr>
        <w:spacing w:after="80"/>
      </w:pPr>
      <w:r>
        <w:t>Функция семейства: биоценозы, среда, здоровье экосистем и природная воспроизводимость. Модулей: 57 (19 узлов × 3 состояния).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72"/>
        <w:gridCol w:w="3272"/>
        <w:gridCol w:w="3272"/>
        <w:gridCol w:w="3272"/>
        <w:gridCol w:w="3272"/>
        <w:gridCol w:w="3272"/>
        <w:gridCol w:w="3272"/>
      </w:tblGrid>
      <w:tr>
        <w:trPr>
          <w:tblHeader w:val="true"/>
        </w:trPr>
        <w:tc>
          <w:tcPr>
            <w:tcW w:type="dxa" w:w="1304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Код</w:t>
            </w:r>
          </w:p>
        </w:tc>
        <w:tc>
          <w:tcPr>
            <w:tcW w:type="dxa" w:w="345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Функция</w:t>
            </w:r>
          </w:p>
        </w:tc>
        <w:tc>
          <w:tcPr>
            <w:tcW w:type="dxa" w:w="3969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Показатели</w:t>
            </w:r>
          </w:p>
        </w:tc>
        <w:tc>
          <w:tcPr>
            <w:tcW w:type="dxa" w:w="4082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Данные</w:t>
            </w:r>
          </w:p>
        </w:tc>
        <w:tc>
          <w:tcPr>
            <w:tcW w:type="dxa" w:w="283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Формула</w:t>
            </w:r>
          </w:p>
        </w:tc>
        <w:tc>
          <w:tcPr>
            <w:tcW w:type="dxa" w:w="379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Связи</w:t>
            </w:r>
          </w:p>
        </w:tc>
        <w:tc>
          <w:tcPr>
            <w:tcW w:type="dxa" w:w="368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Критерии валидации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«Субъект» в контуре экологического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S12-N01-K, S12-N01-R, S12-N02-D, S11-N01-D, S13-N01-D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«Субъект» в контуре экологического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S12-N01-D, S12-N01-R, S12-N02-K, S11-N01-K, S13-N01-K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«Субъект» в контуре экологического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S12-N01-D, S12-N01-K, S12-N02-R, S11-N01-R, S13-N01-R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«Цель» в контуре экологического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S12-N02-K, S12-N02-R, S12-N01-D, S12-N03-D, S11-N02-D, S13-N02-D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«Цель» в контуре экологического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S12-N02-D, S12-N02-R, S12-N01-K, S12-N03-K, S11-N02-K, S13-N02-K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«Цель» в контуре экологического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S12-N02-D, S12-N02-K, S12-N01-R, S12-N03-R, S11-N02-R, S13-N02-R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«Граница» в контуре экологического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S12-N03-K, S12-N03-R, S12-N02-D, S12-N04-D, S11-N03-D, S13-N03-D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«Граница» в контуре экологического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S12-N03-D, S12-N03-R, S12-N02-K, S12-N04-K, S11-N03-K, S13-N03-K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«Граница» в контуре экологического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S12-N03-D, S12-N03-K, S12-N02-R, S12-N04-R, S11-N03-R, S13-N03-R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«Ресурс» в контуре экологического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S12-N04-K, S12-N04-R, S12-N03-D, S12-N05-D, S11-N04-D, S13-N04-D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«Ресурс» в контуре экологического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S12-N04-D, S12-N04-R, S12-N03-K, S12-N05-K, S11-N04-K, S13-N04-K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«Ресурс» в контуре экологического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S12-N04-D, S12-N04-K, S12-N03-R, S12-N05-R, S11-N04-R, S13-N04-R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«Сигнал» в контуре экологического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S12-N05-K, S12-N05-R, S12-N04-D, S12-N06-D, S11-N05-D, S13-N05-D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«Сигнал» в контуре экологического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S12-N05-D, S12-N05-R, S12-N04-K, S12-N06-K, S11-N05-K, S13-N05-K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«Сигнал» в контуре экологического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S12-N05-D, S12-N05-K, S12-N04-R, S12-N06-R, S11-N05-R, S13-N05-R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«Знание» в контуре экологического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S12-N06-K, S12-N06-R, S12-N05-D, S12-N07-D, S11-N06-D, S13-N06-D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«Знание» в контуре экологического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S12-N06-D, S12-N06-R, S12-N05-K, S12-N07-K, S11-N06-K, S13-N06-K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«Знание» в контуре экологического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S12-N06-D, S12-N06-K, S12-N05-R, S12-N07-R, S11-N06-R, S13-N06-R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«Решение» в контуре экологического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S12-N07-K, S12-N07-R, S12-N06-D, S12-N08-D, S11-N07-D, S13-N07-D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«Решение» в контуре экологического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S12-N07-D, S12-N07-R, S12-N06-K, S12-N08-K, S11-N07-K, S13-N07-K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«Решение» в контуре экологического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S12-N07-D, S12-N07-K, S12-N06-R, S12-N08-R, S11-N07-R, S13-N07-R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«Действие» в контуре экологического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S12-N08-K, S12-N08-R, S12-N07-D, S12-N09-D, S11-N08-D, S13-N08-D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«Действие» в контуре экологического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S12-N08-D, S12-N08-R, S12-N07-K, S12-N09-K, S11-N08-K, S13-N08-K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«Действие» в контуре экологического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S12-N08-D, S12-N08-K, S12-N07-R, S12-N09-R, S11-N08-R, S13-N08-R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«Обратная связь» в контуре экологического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S12-N09-K, S12-N09-R, S12-N08-D, S12-N10-D, S11-N09-D, S13-N09-D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«Обратная связь» в контуре экологического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S12-N09-D, S12-N09-R, S12-N08-K, S12-N10-K, S11-N09-K, S13-N09-K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S12-N09-R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«Обратная связь» в контуре экологического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S12-N09-D, S12-N09-K, S12-N08-R, S12-N10-R, S11-N09-R, S13-N09-R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S12-N10-D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«Риск» в контуре экологического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S12-N10-K, S12-N10-R, S12-N09-D, S12-N11-D, S11-N10-D, S13-N10-D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S12-N10-K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«Риск» в контуре экологического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S12-N10-D, S12-N10-R, S12-N09-K, S12-N11-K, S11-N10-K, S13-N10-K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S12-N10-R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«Риск» в контуре экологического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S12-N10-D, S12-N10-K, S12-N09-R, S12-N11-R, S11-N10-R, S13-N10-R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«Доверие» в контуре экологического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S12-N11-K, S12-N11-R, S12-N10-D, S12-N12-D, S11-N11-D, S13-N11-D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«Доверие» в контуре экологического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S12-N11-D, S12-N11-R, S12-N10-K, S12-N12-K, S11-N11-K, S13-N11-K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«Доверие» в контуре экологического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S12-N11-D, S12-N11-K, S12-N10-R, S12-N12-R, S11-N11-R, S13-N11-R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«Кооперация» в контуре экологического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S12-N12-K, S12-N12-R, S12-N11-D, S12-N13-D, S11-N12-D, S13-N12-D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«Кооперация» в контуре экологического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S12-N12-D, S12-N12-R, S12-N11-K, S12-N13-K, S11-N12-K, S13-N12-K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«Кооперация» в контуре экологического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S12-N12-D, S12-N12-K, S12-N11-R, S12-N13-R, S11-N12-R, S13-N12-R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«Инфраструктура» в контуре экологического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S12-N13-K, S12-N13-R, S12-N12-D, S12-N14-D, S11-N13-D, S13-N13-D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«Инфраструктура» в контуре экологического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S12-N13-D, S12-N13-R, S12-N12-K, S12-N14-K, S11-N13-K, S13-N13-K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«Инфраструктура» в контуре экологического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S12-N13-D, S12-N13-K, S12-N12-R, S12-N14-R, S11-N13-R, S13-N13-R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«Стандарт» в контуре экологического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S12-N14-K, S12-N14-R, S12-N13-D, S12-N15-D, S11-N14-D, S13-N14-D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«Стандарт» в контуре экологического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S12-N14-D, S12-N14-R, S12-N13-K, S12-N15-K, S11-N14-K, S13-N14-K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«Стандарт» в контуре экологического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S12-N14-D, S12-N14-K, S12-N13-R, S12-N15-R, S11-N14-R, S13-N14-R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«Финансы» в контуре экологического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S12-N15-K, S12-N15-R, S12-N14-D, S12-N16-D, S11-N15-D, S13-N15-D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«Финансы» в контуре экологического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S12-N15-D, S12-N15-R, S12-N14-K, S12-N16-K, S11-N15-K, S13-N15-K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«Финансы» в контуре экологического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S12-N15-D, S12-N15-K, S12-N14-R, S12-N16-R, S11-N15-R, S13-N15-R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«Кадры» в контуре экологического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S12-N16-K, S12-N16-R, S12-N15-D, S12-N17-D, S11-N16-D, S13-N16-D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«Кадры» в контуре экологического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S12-N16-D, S12-N16-R, S12-N15-K, S12-N17-K, S11-N16-K, S13-N16-K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«Кадры» в контуре экологического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S12-N16-D, S12-N16-K, S12-N15-R, S12-N17-R, S11-N16-R, S13-N16-R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«Технология» в контуре экологического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S12-N17-K, S12-N17-R, S12-N16-D, S12-N18-D, S11-N17-D, S13-N17-D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«Технология» в контуре экологического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S12-N17-D, S12-N17-R, S12-N16-K, S12-N18-K, S11-N17-K, S13-N17-K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«Технология» в контуре экологического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S12-N17-D, S12-N17-K, S12-N16-R, S12-N18-R, S11-N17-R, S13-N17-R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«Среда» в контуре экологического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S12-N18-K, S12-N18-R, S12-N17-D, S12-N19-D, S11-N18-D, S13-N18-D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«Среда» в контуре экологического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S12-N18-D, S12-N18-R, S12-N17-K, S12-N19-K, S11-N18-K, S13-N18-K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«Среда» в контуре экологического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S12-N18-D, S12-N18-K, S12-N17-R, S12-N19-R, S11-N18-R, S13-N18-R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«Результат» в контуре экологического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S12-N19-K, S12-N19-R, S12-N18-D, S11-N19-D, S13-N19-D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«Результат» в контуре экологического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S12-N19-D, S12-N19-R, S12-N18-K, S11-N19-K, S13-N19-K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S12-N19-R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«Результат» в контуре экологического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S12-N19-D, S12-N19-K, S12-N18-R, S11-N19-R, S13-N19-R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</w:tbl>
    <w:p>
      <w:r>
        <w:br w:type="page"/>
      </w:r>
    </w:p>
    <w:p>
      <w:pPr>
        <w:pStyle w:val="Heading1"/>
      </w:pPr>
      <w:r>
        <w:t>S13 · Безопасность и целостность</w:t>
      </w:r>
    </w:p>
    <w:p>
      <w:pPr>
        <w:spacing w:after="80"/>
      </w:pPr>
      <w:r>
        <w:t>Функция семейства: угрозы, защита, непрерывность и контроль критических состояний. Модулей: 57 (19 узлов × 3 состояния).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72"/>
        <w:gridCol w:w="3272"/>
        <w:gridCol w:w="3272"/>
        <w:gridCol w:w="3272"/>
        <w:gridCol w:w="3272"/>
        <w:gridCol w:w="3272"/>
        <w:gridCol w:w="3272"/>
      </w:tblGrid>
      <w:tr>
        <w:trPr>
          <w:tblHeader w:val="true"/>
        </w:trPr>
        <w:tc>
          <w:tcPr>
            <w:tcW w:type="dxa" w:w="1304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Код</w:t>
            </w:r>
          </w:p>
        </w:tc>
        <w:tc>
          <w:tcPr>
            <w:tcW w:type="dxa" w:w="345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Функция</w:t>
            </w:r>
          </w:p>
        </w:tc>
        <w:tc>
          <w:tcPr>
            <w:tcW w:type="dxa" w:w="3969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Показатели</w:t>
            </w:r>
          </w:p>
        </w:tc>
        <w:tc>
          <w:tcPr>
            <w:tcW w:type="dxa" w:w="4082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Данные</w:t>
            </w:r>
          </w:p>
        </w:tc>
        <w:tc>
          <w:tcPr>
            <w:tcW w:type="dxa" w:w="283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Формула</w:t>
            </w:r>
          </w:p>
        </w:tc>
        <w:tc>
          <w:tcPr>
            <w:tcW w:type="dxa" w:w="3798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Связи</w:t>
            </w:r>
          </w:p>
        </w:tc>
        <w:tc>
          <w:tcPr>
            <w:tcW w:type="dxa" w:w="3685"/>
            <w:vAlign w:val="center"/>
            <w:shd w:fill="D9EAF7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6"/>
              </w:rPr>
              <w:t>Критерии валидации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«Субъект» в контуре защитного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S13-N01-K, S13-N01-R, S13-N02-D, S12-N01-D, S01-N01-D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«Субъект» в контуре защитного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S13-N01-D, S13-N01-R, S13-N02-K, S12-N01-K, S01-N01-K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«Субъект» в контуре защитного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идентифицированность субъектов; полнота ролей; уровень ответственности;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субъектов; оргструктуры; договоры; профили ролей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S13-N01-D, S13-N01-K, S13-N02-R, S12-N01-R, S01-N01-R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«Цель» в контуре защитного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S13-N02-K, S13-N02-R, S13-N01-D, S13-N03-D, S12-N02-D, S01-N02-D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«Цель» в контуре защитного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S13-N02-D, S13-N02-R, S13-N01-K, S13-N03-K, S12-N02-K, S01-N02-K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«Цель» в контуре защитного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измеримость цели; согласованность целей; доля достигнутых целей;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стратегии; KPI; программы; протоколы решений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S13-N02-D, S13-N02-K, S13-N01-R, S13-N03-R, S12-N02-R, S01-N02-R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«Граница» в контуре защитного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S13-N03-K, S13-N03-R, S13-N02-D, S13-N04-D, S12-N03-D, S01-N03-D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«Граница» в контуре защитного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S13-N03-D, S13-N03-R, S13-N02-K, S13-N04-K, S12-N03-K, S01-N03-K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«Граница» в контуре защитного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ясность границ; число конфликтов границ; стабильность контура;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карты контуров; регламенты; права доступа; территориальные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S13-N03-D, S13-N03-K, S13-N02-R, S13-N04-R, S12-N03-R, S01-N03-R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«Ресурс» в контуре защитного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S13-N04-K, S13-N04-R, S13-N03-D, S13-N05-D, S12-N04-D, S01-N04-D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«Ресурс» в контуре защитного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S13-N04-D, S13-N04-R, S13-N03-K, S13-N05-K, S12-N04-K, S01-N04-K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«Ресурс» в контуре защитного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ресурсом; дефицит/профицит; эффективность использования;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балансы ресурсов; склад/ERP; энергобалансы; мощности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S13-N04-D, S13-N04-K, S13-N03-R, S13-N05-R, S12-N04-R, S01-N04-R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«Сигнал» в контуре защитного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S13-N05-K, S13-N05-R, S13-N04-D, S13-N06-D, S12-N05-D, S01-N05-D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«Сигнал» в контуре защитного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S13-N05-D, S13-N05-R, S13-N04-K, S13-N06-K, S12-N05-K, S01-N05-K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«Сигнал» в контуре защитного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достоверность сигналов; задержка сигнала; доля ложных тревог;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датчики; журналы событий; обращения; мониторинг СМИ/сетей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S13-N05-D, S13-N05-K, S13-N04-R, S13-N06-R, S12-N05-R, S01-N05-R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«Знание» в контуре защитного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S13-N06-K, S13-N06-R, S13-N05-D, S13-N07-D, S12-N06-D, S01-N06-D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«Знание» в контуре защитного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S13-N06-D, S13-N06-R, S13-N05-K, S13-N07-K, S12-N06-K, S01-N06-K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«Знание» в контуре защитного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полнота знаний; актуальность знаний; уровень доказательности;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НИР; базы знаний; публикации; экспертизы; архивы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S13-N06-D, S13-N06-K, S13-N05-R, S13-N07-R, S12-N06-R, S01-N06-R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«Решение» в контуре защитного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S13-N07-K, S13-N07-R, S13-N06-D, S13-N08-D, S12-N07-D, S01-N07-D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«Решение» в контуре защитного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S13-N07-D, S13-N07-R, S13-N06-K, S13-N08-K, S12-N07-K, S01-N07-K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«Решение» в контуре защитного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скорость решения; качество решения; доля исполненных решений;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СЭД; протоколы; задачи; журналы согласований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S13-N07-D, S13-N07-K, S13-N06-R, S13-N08-R, S12-N07-R, S01-N07-R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«Действие» в контуре защитного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S13-N08-K, S13-N08-R, S13-N07-D, S13-N09-D, S12-N08-D, S01-N08-D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«Действие» в контуре защитного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S13-N08-D, S13-N08-R, S13-N07-K, S13-N09-K, S12-N08-K, S01-N08-K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«Действие» в контуре защитного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интенсивность действий; соблюдение сроков; результативность 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планы работ; трекеры; производственные системы; акты исполнения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S13-N08-D, S13-N08-K, S13-N07-R, S13-N09-R, S12-N08-R, S01-N08-R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«Обратная связь» в контуре защитного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S13-N09-K, S13-N09-R, S13-N08-D, S13-N10-D, S12-N09-D, S01-N09-D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«Обратная связь» в контуре защитного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S13-N09-D, S13-N09-R, S13-N08-K, S13-N10-K, S12-N09-K, S01-N09-K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S13-N09-R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«Обратная связь» в контуре защитного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частота обратной связи; скорость коррекции; доля закрытых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обратная связь пользователей; аудиты; телеметрия; контрольные замеры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S13-N09-D, S13-N09-K, S13-N08-R, S13-N10-R, S12-N09-R, S01-N09-R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S13-N10-D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«Риск» в контуре защитного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S13-N10-K, S13-N10-R, S13-N09-D, S13-N11-D, S12-N10-D, S01-N10-D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S13-N10-K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«Риск» в контуре защитного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S13-N10-D, S13-N10-R, S13-N09-K, S13-N11-K, S12-N10-K, S01-N10-K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S13-N10-R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«Риск» в контуре защитного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вероятность риска; масштаб ущерба; остаточный риск;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реестры рисков; инциденты; страховые события; сценарные модели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S13-N10-D, S13-N10-K, S13-N09-R, S13-N11-R, S12-N10-R, S01-N10-R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S13-N11-D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«Доверие» в контуре защитного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S13-N11-K, S13-N11-R, S13-N10-D, S13-N12-D, S12-N11-D, S01-N11-D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S13-N11-K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«Доверие» в контуре защитного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S13-N11-D, S13-N11-R, S13-N10-K, S13-N12-K, S12-N11-K, S01-N11-K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S13-N11-R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«Доверие» в контуре защитного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индекс доверия; доля подтверждённых обязательств; стабильность взаимодействий;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история обязательств; рейтинги; контракты; опросы доверия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S13-N11-D, S13-N11-K, S13-N10-R, S13-N12-R, S12-N11-R, S01-N11-R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S13-N12-D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«Кооперация» в контуре защитного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S13-N12-K, S13-N12-R, S13-N11-D, S13-N13-D, S12-N12-D, S01-N12-D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S13-N12-K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«Кооперация» в контуре защитного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S13-N12-D, S13-N12-R, S13-N11-K, S13-N13-K, S12-N12-K, S01-N12-K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S13-N12-R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«Кооперация» в контуре защитного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число активных связей; плотность кооперации; доля совместных проектов;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граф связей; соглашения; консорциумы; совместные проекты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S13-N12-D, S13-N12-K, S13-N11-R, S13-N13-R, S12-N12-R, S01-N12-R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S13-N13-D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«Инфраструктура» в контуре защитного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S13-N13-K, S13-N13-R, S13-N12-D, S13-N14-D, S12-N13-D, S01-N13-D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S13-N13-K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«Инфраструктура» в контуре защитного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S13-N13-D, S13-N13-R, S13-N12-K, S13-N14-K, S12-N13-K, S01-N13-K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S13-N13-R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«Инфраструктура» в контуре защитного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доступность инфраструктуры; надёжность; загрузка мощности;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ГИС; паспорта объектов; диспетчеризация; эксплуатационные журналы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S13-N13-D, S13-N13-K, S13-N12-R, S13-N14-R, S12-N13-R, S01-N13-R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S13-N14-D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«Стандарт» в контуре защитного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S13-N14-K, S13-N14-R, S13-N13-D, S13-N15-D, S12-N14-D, S01-N14-D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S13-N14-K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«Стандарт» в контуре защитного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S13-N14-D, S13-N14-R, S13-N13-K, S13-N15-K, S12-N14-K, S01-N14-K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S13-N14-R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«Стандарт» в контуре защитного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покрытие стандартами; соответствие требованиям; число отклонений;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нормативные документы; стандарты; чек-листы; результаты аудита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S13-N14-D, S13-N14-K, S13-N13-R, S13-N15-R, S12-N14-R, S01-N14-R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S13-N15-D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«Финансы» в контуре защитного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S13-N15-K, S13-N15-R, S13-N14-D, S13-N16-D, S12-N15-D, S01-N15-D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S13-N15-K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«Финансы» в контуре защитного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S13-N15-D, S13-N15-R, S13-N14-K, S13-N16-K, S12-N15-K, S01-N15-K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S13-N15-R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«Финансы» в контуре защитного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ликвидность; стоимость ресурса; финансовая устойчивость;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бухучёт; бюджеты; казначейство; банковские и инвестиционные данные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S13-N15-D, S13-N15-K, S13-N14-R, S13-N16-R, S12-N15-R, S01-N15-R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S13-N16-D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«Кадры» в контуре защитного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S13-N16-K, S13-N16-R, S13-N15-D, S13-N17-D, S12-N16-D, S01-N16-D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S13-N16-K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«Кадры» в контуре защитного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S13-N16-D, S13-N16-R, S13-N15-K, S13-N17-K, S12-N16-K, S01-N16-K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S13-N16-R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«Кадры» в контуре защитного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обеспеченность кадрами; уровень компетенций; текучесть/преемственность;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HRIS; реестры компетенций; обучение; аттестации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S13-N16-D, S13-N16-K, S13-N15-R, S13-N17-R, S12-N16-R, S01-N16-R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S13-N17-D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«Технология» в контуре защитного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S13-N17-K, S13-N17-R, S13-N16-D, S13-N18-D, S12-N17-D, S01-N17-D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S13-N17-K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«Технология» в контуре защитного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S13-N17-D, S13-N17-R, S13-N16-K, S13-N18-K, S12-N17-K, S01-N17-K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S13-N17-R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«Технология» в контуре защитного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готовность технологии; эффективность технологии; масштабируемость;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TRL/MRL; патенты; испытания; цифровые модели; техкарты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S13-N17-D, S13-N17-K, S13-N16-R, S13-N18-R, S12-N17-R, S01-N17-R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S13-N18-D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«Среда» в контуре защитного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S13-N18-K, S13-N18-R, S13-N17-D, S13-N19-D, S12-N18-D, S01-N18-D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S13-N18-K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«Среда» в контуре защитного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S13-N18-D, S13-N18-R, S13-N17-K, S13-N19-K, S12-N18-K, S01-N18-K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S13-N18-R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«Среда» в контуре защитного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качество среды; нагрузка на среду; восстановительный потенциал;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экологический мониторинг; GIS; метео; биоценозные наблюдения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S13-N18-D, S13-N18-K, S13-N17-R, S13-N19-R, S12-N18-R, S01-N18-R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S13-N19-D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Диагностика узла «Результат» в контуре защитного поля: измерить текущее состояние и отклонения.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базовая линия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D = 0,40·C + 0,35·Q + 0,25·T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S13-N19-K, S13-N19-R, S13-N18-D, S12-N19-D, S01-N19-D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охват данных ≥ 90%; актуальность в заданном SLA; источник прослеживаем; повторный расчёт даёт отклонение ≤ 5%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S13-N19-K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Координация узла «Результат» в контуре защитного поля: согласовать участников, ограничения и действия.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индекс согласованности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 = 0,40·A + 0,30·L + 0,30·R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S13-N19-D, S13-N19-R, S13-N18-K, S12-N19-K, S01-N19-K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≥ 80% ключевых участников согласованы; роли и решения зафиксированы; критические конфликты закрыты; ресурсный разрыв ≤ 10%</w:t>
            </w:r>
          </w:p>
        </w:tc>
      </w:tr>
      <w:tr>
        <w:tc>
          <w:tcPr>
            <w:tcW w:type="dxa" w:w="1304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/>
                <w:sz w:val="15"/>
              </w:rPr>
              <w:t>S13-N19-R</w:t>
            </w:r>
          </w:p>
        </w:tc>
        <w:tc>
          <w:tcPr>
            <w:tcW w:type="dxa" w:w="345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Развитие узла «Результат» в контуре защитного поля: изменить состояние и увеличить потенциал.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достижение результата; эффект/затраты; устойчивость результата; прирост к базовой линии</w:t>
            </w:r>
          </w:p>
        </w:tc>
        <w:tc>
          <w:tcPr>
            <w:tcW w:type="dxa" w:w="4082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KPI; статистика эффектов; акты приёмки; impact-оценка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R = 0,40·G + 0,30·S + 0,30·V</w:t>
            </w:r>
          </w:p>
        </w:tc>
        <w:tc>
          <w:tcPr>
            <w:tcW w:type="dxa" w:w="3798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S13-N19-D, S13-N19-K, S13-N18-R, S12-N19-R, S01-N19-R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 w:line="228" w:lineRule="auto"/>
            </w:pPr>
            <w:r/>
            <w:r>
              <w:rPr>
                <w:rFonts w:ascii="Liberation Sans" w:hAnsi="Liberation Sans"/>
                <w:b w:val="0"/>
                <w:sz w:val="14"/>
              </w:rPr>
              <w:t>целевой эффект подтверждён данными; улучшение против базовой линии ≥ 10% либо достигнут утверждённый порог; эффект устойчив ≥ 2 циклов измерения</w:t>
            </w:r>
          </w:p>
        </w:tc>
      </w:tr>
    </w:tbl>
    <w:p>
      <w:r>
        <w:br w:type="page"/>
      </w:r>
    </w:p>
    <w:p>
      <w:pPr>
        <w:pStyle w:val="Heading1"/>
      </w:pPr>
      <w:r>
        <w:t>Методика эксплуатации реестра</w:t>
      </w:r>
    </w:p>
    <w:p>
      <w:r>
        <w:rPr>
          <w:b/>
        </w:rPr>
        <w:t xml:space="preserve">1. Привязка к объекту. </w:t>
      </w:r>
      <w:r>
        <w:t>Для каждого проекта/территории/организации выбирается набор релевантных модулей. Модуль без назначенного владельца данных считается неактивированным.</w:t>
      </w:r>
    </w:p>
    <w:p>
      <w:r>
        <w:rPr>
          <w:b/>
        </w:rPr>
        <w:t xml:space="preserve">2. Базовая линия. </w:t>
      </w:r>
      <w:r>
        <w:t>Сначала рассчитываются D-модули. Их данные формируют исходное состояние и перечень отклонений.</w:t>
      </w:r>
    </w:p>
    <w:p>
      <w:r>
        <w:rPr>
          <w:b/>
        </w:rPr>
        <w:t xml:space="preserve">3. Согласование. </w:t>
      </w:r>
      <w:r>
        <w:t>K-модули фиксируют участников, права, решения, ресурсы и конфликты. Без прохождения K-валидации переход к развитию считается управленчески неготовым.</w:t>
      </w:r>
    </w:p>
    <w:p>
      <w:r>
        <w:rPr>
          <w:b/>
        </w:rPr>
        <w:t xml:space="preserve">4. Развитие. </w:t>
      </w:r>
      <w:r>
        <w:t>R-модули измеряют изменение против базовой линии, устойчивость эффекта и воспроизводимость.</w:t>
      </w:r>
    </w:p>
    <w:p>
      <w:r>
        <w:rPr>
          <w:b/>
        </w:rPr>
        <w:t xml:space="preserve">5. Верификация. </w:t>
      </w:r>
      <w:r>
        <w:t>Каждому показателю назначаются источник, владелец, дата обновления, метод расчёта и уровень доверия. Критические показатели требуют независимой проверки.</w:t>
      </w:r>
    </w:p>
    <w:p>
      <w:r>
        <w:rPr>
          <w:b/>
        </w:rPr>
        <w:t xml:space="preserve">6. Нейросвод. </w:t>
      </w:r>
      <w:r>
        <w:t>Связи паспортов образуют гиперграф: узлы — модули, рёбра — зависимости данных, решений, ресурсов и эффектов. Это позволяет рассчитывать связанность и выявлять разрывы поля.</w:t>
      </w:r>
    </w:p>
    <w:sectPr w:rsidR="00FC693F" w:rsidRPr="0006063C" w:rsidSect="00034616">
      <w:headerReference w:type="default" r:id="rId9"/>
      <w:footerReference w:type="default" r:id="rId10"/>
      <w:pgSz w:w="23811" w:h="16838" w:orient="landscape"/>
      <w:pgMar w:top="510" w:right="454" w:bottom="510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Авторская архитектура Теории Поля · версия 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СОЮЗ-741 · Реестр 741 Поля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Liberation Sans" w:hAnsi="Liberation Sans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iberation Sans" w:hAnsi="Liberation Sans"/>
      <w:b/>
      <w:color w:val="17365D" w:themeColor="text2" w:themeShade="BF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